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55239F4" w14:textId="185CD41C" w:rsidR="00E51A2B" w:rsidRPr="006D2882" w:rsidRDefault="0011263E" w:rsidP="0011263E">
      <w:pPr>
        <w:spacing w:after="0"/>
        <w:jc w:val="center"/>
        <w:rPr>
          <w:rFonts w:asciiTheme="majorHAnsi" w:hAnsiTheme="majorHAnsi" w:cstheme="majorHAnsi"/>
          <w:b/>
          <w:sz w:val="24"/>
          <w:szCs w:val="24"/>
          <w:lang w:val="pl-PL"/>
        </w:rPr>
      </w:pPr>
      <w:r w:rsidRPr="0011263E">
        <w:rPr>
          <w:rFonts w:asciiTheme="majorHAnsi" w:hAnsiTheme="majorHAnsi" w:cstheme="majorHAnsi"/>
          <w:b/>
          <w:sz w:val="24"/>
          <w:szCs w:val="24"/>
          <w:lang w:val="pl-PL"/>
        </w:rPr>
        <w:t xml:space="preserve">Zarządzenie nr </w:t>
      </w:r>
      <w:r>
        <w:rPr>
          <w:rFonts w:asciiTheme="majorHAnsi" w:hAnsiTheme="majorHAnsi" w:cstheme="majorHAnsi"/>
          <w:b/>
          <w:sz w:val="24"/>
          <w:szCs w:val="24"/>
          <w:lang w:val="pl-PL"/>
        </w:rPr>
        <w:t>6</w:t>
      </w:r>
      <w:r w:rsidRPr="0011263E">
        <w:rPr>
          <w:rFonts w:asciiTheme="majorHAnsi" w:hAnsiTheme="majorHAnsi" w:cstheme="majorHAnsi"/>
          <w:b/>
          <w:sz w:val="24"/>
          <w:szCs w:val="24"/>
          <w:lang w:val="pl-PL"/>
        </w:rPr>
        <w:t>/2024/2025</w:t>
      </w:r>
      <w:r w:rsidRPr="0011263E">
        <w:rPr>
          <w:rFonts w:asciiTheme="majorHAnsi" w:hAnsiTheme="majorHAnsi" w:cstheme="majorHAnsi"/>
          <w:b/>
          <w:sz w:val="24"/>
          <w:szCs w:val="24"/>
          <w:lang w:val="pl-PL"/>
        </w:rPr>
        <w:br/>
        <w:t>Dyrektora Szkoły Podstawowej nr 26 im. Tadeusza Kościuszki</w:t>
      </w:r>
      <w:r w:rsidRPr="0011263E">
        <w:rPr>
          <w:rFonts w:asciiTheme="majorHAnsi" w:hAnsiTheme="majorHAnsi" w:cstheme="majorHAnsi"/>
          <w:b/>
          <w:sz w:val="24"/>
          <w:szCs w:val="24"/>
          <w:lang w:val="pl-PL"/>
        </w:rPr>
        <w:br/>
        <w:t xml:space="preserve">z dnia </w:t>
      </w:r>
      <w:r>
        <w:rPr>
          <w:rFonts w:asciiTheme="majorHAnsi" w:hAnsiTheme="majorHAnsi" w:cstheme="majorHAnsi"/>
          <w:b/>
          <w:sz w:val="24"/>
          <w:szCs w:val="24"/>
          <w:lang w:val="pl-PL"/>
        </w:rPr>
        <w:t>17stycznia</w:t>
      </w:r>
      <w:r w:rsidRPr="0011263E">
        <w:rPr>
          <w:rFonts w:asciiTheme="majorHAnsi" w:hAnsiTheme="majorHAnsi" w:cstheme="majorHAnsi"/>
          <w:b/>
          <w:sz w:val="24"/>
          <w:szCs w:val="24"/>
          <w:lang w:val="pl-PL"/>
        </w:rPr>
        <w:t xml:space="preserve"> 202</w:t>
      </w:r>
      <w:r>
        <w:rPr>
          <w:rFonts w:asciiTheme="majorHAnsi" w:hAnsiTheme="majorHAnsi" w:cstheme="majorHAnsi"/>
          <w:b/>
          <w:sz w:val="24"/>
          <w:szCs w:val="24"/>
          <w:lang w:val="pl-PL"/>
        </w:rPr>
        <w:t>5</w:t>
      </w:r>
      <w:r w:rsidRPr="0011263E">
        <w:rPr>
          <w:rFonts w:asciiTheme="majorHAnsi" w:hAnsiTheme="majorHAnsi" w:cstheme="majorHAnsi"/>
          <w:b/>
          <w:sz w:val="24"/>
          <w:szCs w:val="24"/>
          <w:lang w:val="pl-PL"/>
        </w:rPr>
        <w:t xml:space="preserve"> r.</w:t>
      </w:r>
      <w:r w:rsidRPr="0011263E">
        <w:rPr>
          <w:rFonts w:asciiTheme="majorHAnsi" w:hAnsiTheme="majorHAnsi" w:cstheme="majorHAnsi"/>
          <w:b/>
          <w:sz w:val="24"/>
          <w:szCs w:val="24"/>
          <w:lang w:val="pl-PL"/>
        </w:rPr>
        <w:br/>
      </w:r>
      <w:r w:rsidRPr="0011263E">
        <w:rPr>
          <w:rFonts w:asciiTheme="majorHAnsi" w:hAnsiTheme="majorHAnsi" w:cstheme="majorHAnsi"/>
          <w:b/>
          <w:bCs/>
          <w:sz w:val="24"/>
          <w:szCs w:val="24"/>
          <w:lang w:val="pl-PL"/>
        </w:rPr>
        <w:t xml:space="preserve">w sprawie </w:t>
      </w:r>
      <w:r>
        <w:rPr>
          <w:rFonts w:asciiTheme="majorHAnsi" w:hAnsiTheme="majorHAnsi" w:cstheme="majorHAnsi"/>
          <w:b/>
          <w:bCs/>
          <w:sz w:val="24"/>
          <w:szCs w:val="24"/>
          <w:lang w:val="pl-PL"/>
        </w:rPr>
        <w:t>Rady Pedagogicznej klasyfikacyjnej oraz szkoleń Rady Pedagogicznej</w:t>
      </w:r>
    </w:p>
    <w:p w14:paraId="73913907" w14:textId="3C41E5FA" w:rsidR="00E51A2B" w:rsidRPr="009E0888" w:rsidRDefault="00E51A2B" w:rsidP="0011263E">
      <w:pPr>
        <w:spacing w:after="0"/>
        <w:ind w:left="4253"/>
        <w:rPr>
          <w:rFonts w:asciiTheme="majorHAnsi" w:hAnsiTheme="majorHAnsi" w:cstheme="majorHAnsi"/>
          <w:b/>
          <w:color w:val="000000"/>
          <w:sz w:val="24"/>
          <w:szCs w:val="24"/>
          <w:lang w:val="pl-PL"/>
        </w:rPr>
      </w:pPr>
      <w:r w:rsidRPr="006D2882">
        <w:rPr>
          <w:rFonts w:asciiTheme="majorHAnsi" w:hAnsiTheme="majorHAnsi" w:cstheme="majorHAnsi"/>
          <w:b/>
          <w:color w:val="000000"/>
          <w:sz w:val="24"/>
          <w:szCs w:val="24"/>
          <w:lang w:val="pl-PL"/>
        </w:rPr>
        <w:t xml:space="preserve">§ 1. </w:t>
      </w:r>
    </w:p>
    <w:p w14:paraId="78B3892E" w14:textId="6CF8B664" w:rsidR="006D1CB6" w:rsidRPr="006D2882" w:rsidRDefault="00000000" w:rsidP="006D2882">
      <w:pPr>
        <w:spacing w:after="0"/>
        <w:rPr>
          <w:rFonts w:asciiTheme="majorHAnsi" w:hAnsiTheme="majorHAnsi" w:cstheme="majorHAnsi"/>
          <w:sz w:val="24"/>
          <w:szCs w:val="24"/>
          <w:lang w:val="pl-PL"/>
        </w:rPr>
      </w:pPr>
      <w:r w:rsidRPr="006D2882">
        <w:rPr>
          <w:rFonts w:asciiTheme="majorHAnsi" w:hAnsiTheme="majorHAnsi" w:cstheme="majorHAnsi"/>
          <w:sz w:val="24"/>
          <w:szCs w:val="24"/>
          <w:lang w:val="pl-PL"/>
        </w:rPr>
        <w:t xml:space="preserve"> Rady klasyfikacyjne odbędą się 23 stycznia o godz. 13.00.</w:t>
      </w:r>
      <w:r w:rsidR="00E51A2B" w:rsidRPr="006D2882">
        <w:rPr>
          <w:rFonts w:asciiTheme="majorHAnsi" w:hAnsiTheme="majorHAnsi" w:cstheme="majorHAnsi"/>
          <w:sz w:val="24"/>
          <w:szCs w:val="24"/>
          <w:lang w:val="pl-PL"/>
        </w:rPr>
        <w:t xml:space="preserve"> </w:t>
      </w:r>
      <w:r w:rsidRPr="006D2882">
        <w:rPr>
          <w:rFonts w:asciiTheme="majorHAnsi" w:hAnsiTheme="majorHAnsi" w:cstheme="majorHAnsi"/>
          <w:sz w:val="24"/>
          <w:szCs w:val="24"/>
          <w:lang w:val="pl-PL"/>
        </w:rPr>
        <w:t>Proszę o przygotowanie wstępnego podsumowania ocen niedostatecznych</w:t>
      </w:r>
      <w:r w:rsidR="00E51A2B" w:rsidRPr="006D2882">
        <w:rPr>
          <w:rFonts w:asciiTheme="majorHAnsi" w:hAnsiTheme="majorHAnsi" w:cstheme="majorHAnsi"/>
          <w:sz w:val="24"/>
          <w:szCs w:val="24"/>
          <w:lang w:val="pl-PL"/>
        </w:rPr>
        <w:t xml:space="preserve"> </w:t>
      </w:r>
      <w:r w:rsidRPr="006D2882">
        <w:rPr>
          <w:rFonts w:asciiTheme="majorHAnsi" w:hAnsiTheme="majorHAnsi" w:cstheme="majorHAnsi"/>
          <w:sz w:val="24"/>
          <w:szCs w:val="24"/>
          <w:lang w:val="pl-PL"/>
        </w:rPr>
        <w:t>oraz innych zaległości i informacji klasyfikacji proszę przesłać</w:t>
      </w:r>
      <w:r w:rsidR="00E51A2B" w:rsidRPr="006D2882">
        <w:rPr>
          <w:rFonts w:asciiTheme="majorHAnsi" w:hAnsiTheme="majorHAnsi" w:cstheme="majorHAnsi"/>
          <w:sz w:val="24"/>
          <w:szCs w:val="24"/>
          <w:lang w:val="pl-PL"/>
        </w:rPr>
        <w:t xml:space="preserve"> </w:t>
      </w:r>
      <w:r w:rsidRPr="006D2882">
        <w:rPr>
          <w:rFonts w:asciiTheme="majorHAnsi" w:hAnsiTheme="majorHAnsi" w:cstheme="majorHAnsi"/>
          <w:sz w:val="24"/>
          <w:szCs w:val="24"/>
          <w:lang w:val="pl-PL"/>
        </w:rPr>
        <w:t xml:space="preserve">na e-mail </w:t>
      </w:r>
      <w:proofErr w:type="spellStart"/>
      <w:r w:rsidRPr="006D2882">
        <w:rPr>
          <w:rFonts w:asciiTheme="majorHAnsi" w:hAnsiTheme="majorHAnsi" w:cstheme="majorHAnsi"/>
          <w:sz w:val="24"/>
          <w:szCs w:val="24"/>
          <w:lang w:val="pl-PL"/>
        </w:rPr>
        <w:t>w.w</w:t>
      </w:r>
      <w:proofErr w:type="spellEnd"/>
      <w:r w:rsidRPr="006D2882">
        <w:rPr>
          <w:rFonts w:asciiTheme="majorHAnsi" w:hAnsiTheme="majorHAnsi" w:cstheme="majorHAnsi"/>
          <w:sz w:val="24"/>
          <w:szCs w:val="24"/>
          <w:lang w:val="pl-PL"/>
        </w:rPr>
        <w:t>. inf. terminach do godz. 10.00.</w:t>
      </w:r>
    </w:p>
    <w:p w14:paraId="02F15B62" w14:textId="7B174607" w:rsidR="009E0888" w:rsidRPr="006D2882" w:rsidRDefault="00000000" w:rsidP="006D2882">
      <w:pPr>
        <w:spacing w:after="0"/>
        <w:rPr>
          <w:rFonts w:asciiTheme="majorHAnsi" w:hAnsiTheme="majorHAnsi" w:cstheme="majorHAnsi"/>
          <w:sz w:val="24"/>
          <w:szCs w:val="24"/>
          <w:lang w:val="pl-PL"/>
        </w:rPr>
      </w:pPr>
      <w:r w:rsidRPr="006D2882">
        <w:rPr>
          <w:rFonts w:asciiTheme="majorHAnsi" w:hAnsiTheme="majorHAnsi" w:cstheme="majorHAnsi"/>
          <w:sz w:val="24"/>
          <w:szCs w:val="24"/>
          <w:lang w:val="pl-PL"/>
        </w:rPr>
        <w:t>UWAGA! NOWY ADRES E-MAIL do przesyłania protokołów</w:t>
      </w:r>
      <w:r w:rsidR="00E51A2B" w:rsidRPr="006D2882">
        <w:rPr>
          <w:rFonts w:asciiTheme="majorHAnsi" w:hAnsiTheme="majorHAnsi" w:cstheme="majorHAnsi"/>
          <w:sz w:val="24"/>
          <w:szCs w:val="24"/>
          <w:lang w:val="pl-PL"/>
        </w:rPr>
        <w:t>.</w:t>
      </w:r>
    </w:p>
    <w:p w14:paraId="46842E12" w14:textId="1CC3ADED" w:rsidR="006D1CB6" w:rsidRPr="006D2882" w:rsidRDefault="00E51A2B" w:rsidP="0011263E">
      <w:pPr>
        <w:spacing w:after="0"/>
        <w:ind w:left="4253"/>
        <w:rPr>
          <w:rFonts w:asciiTheme="majorHAnsi" w:hAnsiTheme="majorHAnsi" w:cstheme="majorHAnsi"/>
          <w:sz w:val="24"/>
          <w:szCs w:val="24"/>
          <w:lang w:val="pl-PL"/>
        </w:rPr>
      </w:pPr>
      <w:r w:rsidRPr="001327FA">
        <w:rPr>
          <w:rFonts w:asciiTheme="majorHAnsi" w:hAnsiTheme="majorHAnsi" w:cstheme="majorHAnsi"/>
          <w:b/>
          <w:color w:val="000000"/>
          <w:sz w:val="24"/>
          <w:szCs w:val="24"/>
          <w:lang w:val="pl-PL"/>
        </w:rPr>
        <w:t>§ 2.</w:t>
      </w:r>
    </w:p>
    <w:p w14:paraId="36540EAF" w14:textId="27524FD6" w:rsidR="006D1CB6" w:rsidRPr="006D2882" w:rsidRDefault="00000000" w:rsidP="006D2882">
      <w:pPr>
        <w:spacing w:after="0"/>
        <w:rPr>
          <w:rFonts w:asciiTheme="majorHAnsi" w:hAnsiTheme="majorHAnsi" w:cstheme="majorHAnsi"/>
          <w:sz w:val="24"/>
          <w:szCs w:val="24"/>
          <w:lang w:val="pl-PL"/>
        </w:rPr>
      </w:pPr>
      <w:r w:rsidRPr="006D2882">
        <w:rPr>
          <w:rFonts w:asciiTheme="majorHAnsi" w:hAnsiTheme="majorHAnsi" w:cstheme="majorHAnsi"/>
          <w:sz w:val="24"/>
          <w:szCs w:val="24"/>
          <w:lang w:val="pl-PL"/>
        </w:rPr>
        <w:t>Rada Plenarna – 30 stycznia godz. 14.00. Przesłanie gotowego</w:t>
      </w:r>
      <w:r w:rsidR="00E51A2B" w:rsidRPr="006D2882">
        <w:rPr>
          <w:rFonts w:asciiTheme="majorHAnsi" w:hAnsiTheme="majorHAnsi" w:cstheme="majorHAnsi"/>
          <w:sz w:val="24"/>
          <w:szCs w:val="24"/>
          <w:lang w:val="pl-PL"/>
        </w:rPr>
        <w:t xml:space="preserve"> </w:t>
      </w:r>
      <w:r w:rsidRPr="006D2882">
        <w:rPr>
          <w:rFonts w:asciiTheme="majorHAnsi" w:hAnsiTheme="majorHAnsi" w:cstheme="majorHAnsi"/>
          <w:sz w:val="24"/>
          <w:szCs w:val="24"/>
          <w:lang w:val="pl-PL"/>
        </w:rPr>
        <w:t>sprawozdania z pracy dydaktyczno-wychowawczej proszę</w:t>
      </w:r>
      <w:r w:rsidR="00E51A2B" w:rsidRPr="006D2882">
        <w:rPr>
          <w:rFonts w:asciiTheme="majorHAnsi" w:hAnsiTheme="majorHAnsi" w:cstheme="majorHAnsi"/>
          <w:sz w:val="24"/>
          <w:szCs w:val="24"/>
          <w:lang w:val="pl-PL"/>
        </w:rPr>
        <w:t xml:space="preserve"> </w:t>
      </w:r>
      <w:r w:rsidRPr="006D2882">
        <w:rPr>
          <w:rFonts w:asciiTheme="majorHAnsi" w:hAnsiTheme="majorHAnsi" w:cstheme="majorHAnsi"/>
          <w:sz w:val="24"/>
          <w:szCs w:val="24"/>
          <w:lang w:val="pl-PL"/>
        </w:rPr>
        <w:t>do 29 stycznia o godz. 15.00. Tego dnia także</w:t>
      </w:r>
      <w:r w:rsidR="00E51A2B" w:rsidRPr="006D2882">
        <w:rPr>
          <w:rFonts w:asciiTheme="majorHAnsi" w:hAnsiTheme="majorHAnsi" w:cstheme="majorHAnsi"/>
          <w:sz w:val="24"/>
          <w:szCs w:val="24"/>
          <w:lang w:val="pl-PL"/>
        </w:rPr>
        <w:t xml:space="preserve"> </w:t>
      </w:r>
      <w:r w:rsidRPr="006D2882">
        <w:rPr>
          <w:rFonts w:asciiTheme="majorHAnsi" w:hAnsiTheme="majorHAnsi" w:cstheme="majorHAnsi"/>
          <w:sz w:val="24"/>
          <w:szCs w:val="24"/>
          <w:lang w:val="pl-PL"/>
        </w:rPr>
        <w:t>proszę zorganizować zebrania z rodzicami i podsumowujące I–</w:t>
      </w:r>
      <w:proofErr w:type="spellStart"/>
      <w:r w:rsidRPr="006D2882">
        <w:rPr>
          <w:rFonts w:asciiTheme="majorHAnsi" w:hAnsiTheme="majorHAnsi" w:cstheme="majorHAnsi"/>
          <w:sz w:val="24"/>
          <w:szCs w:val="24"/>
          <w:lang w:val="pl-PL"/>
        </w:rPr>
        <w:t>półr</w:t>
      </w:r>
      <w:proofErr w:type="spellEnd"/>
      <w:r w:rsidRPr="006D2882">
        <w:rPr>
          <w:rFonts w:asciiTheme="majorHAnsi" w:hAnsiTheme="majorHAnsi" w:cstheme="majorHAnsi"/>
          <w:sz w:val="24"/>
          <w:szCs w:val="24"/>
          <w:lang w:val="pl-PL"/>
        </w:rPr>
        <w:t>.</w:t>
      </w:r>
    </w:p>
    <w:p w14:paraId="51C4296A" w14:textId="77777777" w:rsidR="006D1CB6" w:rsidRPr="006D2882" w:rsidRDefault="00000000" w:rsidP="006D2882">
      <w:pPr>
        <w:spacing w:after="0"/>
        <w:rPr>
          <w:rFonts w:asciiTheme="majorHAnsi" w:hAnsiTheme="majorHAnsi" w:cstheme="majorHAnsi"/>
          <w:sz w:val="24"/>
          <w:szCs w:val="24"/>
          <w:lang w:val="pl-PL"/>
        </w:rPr>
      </w:pPr>
      <w:r w:rsidRPr="006D2882">
        <w:rPr>
          <w:rFonts w:asciiTheme="majorHAnsi" w:hAnsiTheme="majorHAnsi" w:cstheme="majorHAnsi"/>
          <w:sz w:val="24"/>
          <w:szCs w:val="24"/>
          <w:lang w:val="pl-PL"/>
        </w:rPr>
        <w:t>• klasy I – III – o godz. 17.00</w:t>
      </w:r>
    </w:p>
    <w:p w14:paraId="3DB9866D" w14:textId="3244239F" w:rsidR="009E0888" w:rsidRPr="006D2882" w:rsidRDefault="00000000" w:rsidP="006D2882">
      <w:pPr>
        <w:spacing w:after="0"/>
        <w:rPr>
          <w:rFonts w:asciiTheme="majorHAnsi" w:hAnsiTheme="majorHAnsi" w:cstheme="majorHAnsi"/>
          <w:sz w:val="24"/>
          <w:szCs w:val="24"/>
          <w:lang w:val="pl-PL"/>
        </w:rPr>
      </w:pPr>
      <w:r w:rsidRPr="006D2882">
        <w:rPr>
          <w:rFonts w:asciiTheme="majorHAnsi" w:hAnsiTheme="majorHAnsi" w:cstheme="majorHAnsi"/>
          <w:sz w:val="24"/>
          <w:szCs w:val="24"/>
          <w:lang w:val="pl-PL"/>
        </w:rPr>
        <w:t>• klasy IV – VIII – o godz. 18.30</w:t>
      </w:r>
    </w:p>
    <w:p w14:paraId="53825319" w14:textId="1166DD4A" w:rsidR="006D1CB6" w:rsidRPr="009E0888" w:rsidRDefault="00E51A2B" w:rsidP="009E0888">
      <w:pPr>
        <w:spacing w:after="0"/>
        <w:ind w:left="3600" w:firstLine="720"/>
        <w:rPr>
          <w:rFonts w:asciiTheme="majorHAnsi" w:hAnsiTheme="majorHAnsi" w:cstheme="majorHAnsi"/>
          <w:b/>
          <w:color w:val="000000"/>
          <w:sz w:val="24"/>
          <w:szCs w:val="24"/>
          <w:lang w:val="pl-PL"/>
        </w:rPr>
      </w:pPr>
      <w:r w:rsidRPr="006D2882">
        <w:rPr>
          <w:rFonts w:asciiTheme="majorHAnsi" w:hAnsiTheme="majorHAnsi" w:cstheme="majorHAnsi"/>
          <w:b/>
          <w:color w:val="000000"/>
          <w:sz w:val="24"/>
          <w:szCs w:val="24"/>
          <w:lang w:val="pl-PL"/>
        </w:rPr>
        <w:t xml:space="preserve">§ 3. </w:t>
      </w:r>
    </w:p>
    <w:p w14:paraId="1CB28E08" w14:textId="01641A2E" w:rsidR="0011263E" w:rsidRPr="001327FA" w:rsidRDefault="00000000" w:rsidP="0011263E">
      <w:pPr>
        <w:spacing w:after="0"/>
        <w:rPr>
          <w:rFonts w:asciiTheme="majorHAnsi" w:hAnsiTheme="majorHAnsi" w:cstheme="majorHAnsi"/>
          <w:b/>
          <w:color w:val="000000"/>
          <w:sz w:val="24"/>
          <w:szCs w:val="24"/>
          <w:lang w:val="pl-PL"/>
        </w:rPr>
      </w:pPr>
      <w:r w:rsidRPr="006D2882">
        <w:rPr>
          <w:rFonts w:asciiTheme="majorHAnsi" w:hAnsiTheme="majorHAnsi" w:cstheme="majorHAnsi"/>
          <w:sz w:val="24"/>
          <w:szCs w:val="24"/>
          <w:lang w:val="pl-PL"/>
        </w:rPr>
        <w:t xml:space="preserve"> W czwartek 23 stycznia w godz. 14.00 – 16.30 odbędzie</w:t>
      </w:r>
      <w:r w:rsidR="00E51A2B" w:rsidRPr="006D2882">
        <w:rPr>
          <w:rFonts w:asciiTheme="majorHAnsi" w:hAnsiTheme="majorHAnsi" w:cstheme="majorHAnsi"/>
          <w:sz w:val="24"/>
          <w:szCs w:val="24"/>
          <w:lang w:val="pl-PL"/>
        </w:rPr>
        <w:t xml:space="preserve"> </w:t>
      </w:r>
      <w:r w:rsidRPr="006D2882">
        <w:rPr>
          <w:rFonts w:asciiTheme="majorHAnsi" w:hAnsiTheme="majorHAnsi" w:cstheme="majorHAnsi"/>
          <w:sz w:val="24"/>
          <w:szCs w:val="24"/>
          <w:lang w:val="pl-PL"/>
        </w:rPr>
        <w:t>się także szkolenie RP które poprowadzi ośrodek EDUKATOR Sosnowiec</w:t>
      </w:r>
      <w:r w:rsidR="00E51A2B" w:rsidRPr="006D2882">
        <w:rPr>
          <w:rFonts w:asciiTheme="majorHAnsi" w:hAnsiTheme="majorHAnsi" w:cstheme="majorHAnsi"/>
          <w:sz w:val="24"/>
          <w:szCs w:val="24"/>
          <w:lang w:val="pl-PL"/>
        </w:rPr>
        <w:t xml:space="preserve"> </w:t>
      </w:r>
      <w:r w:rsidRPr="006D2882">
        <w:rPr>
          <w:rFonts w:asciiTheme="majorHAnsi" w:hAnsiTheme="majorHAnsi" w:cstheme="majorHAnsi"/>
          <w:sz w:val="24"/>
          <w:szCs w:val="24"/>
          <w:lang w:val="pl-PL"/>
        </w:rPr>
        <w:t>.Szkolenie nt.: „Metody i formy współpracy w zespole</w:t>
      </w:r>
      <w:r w:rsidR="00E51A2B" w:rsidRPr="006D2882">
        <w:rPr>
          <w:rFonts w:asciiTheme="majorHAnsi" w:hAnsiTheme="majorHAnsi" w:cstheme="majorHAnsi"/>
          <w:sz w:val="24"/>
          <w:szCs w:val="24"/>
          <w:lang w:val="pl-PL"/>
        </w:rPr>
        <w:t xml:space="preserve"> </w:t>
      </w:r>
      <w:r w:rsidRPr="006D2882">
        <w:rPr>
          <w:rFonts w:asciiTheme="majorHAnsi" w:hAnsiTheme="majorHAnsi" w:cstheme="majorHAnsi"/>
          <w:sz w:val="24"/>
          <w:szCs w:val="24"/>
          <w:lang w:val="pl-PL"/>
        </w:rPr>
        <w:t>nauczycielskim</w:t>
      </w:r>
    </w:p>
    <w:p w14:paraId="08FF83CE" w14:textId="558A2633" w:rsidR="006D1CB6" w:rsidRPr="006D2882" w:rsidRDefault="00E51A2B" w:rsidP="0011263E">
      <w:pPr>
        <w:spacing w:after="0"/>
        <w:ind w:left="4253"/>
        <w:rPr>
          <w:rFonts w:asciiTheme="majorHAnsi" w:hAnsiTheme="majorHAnsi" w:cstheme="majorHAnsi"/>
          <w:sz w:val="24"/>
          <w:szCs w:val="24"/>
          <w:lang w:val="pl-PL"/>
        </w:rPr>
      </w:pPr>
      <w:r w:rsidRPr="001327FA">
        <w:rPr>
          <w:rFonts w:asciiTheme="majorHAnsi" w:hAnsiTheme="majorHAnsi" w:cstheme="majorHAnsi"/>
          <w:b/>
          <w:color w:val="000000"/>
          <w:sz w:val="24"/>
          <w:szCs w:val="24"/>
          <w:lang w:val="pl-PL"/>
        </w:rPr>
        <w:t>§ 4.</w:t>
      </w:r>
    </w:p>
    <w:p w14:paraId="7FA03D96" w14:textId="491EFF4C" w:rsidR="006D1CB6" w:rsidRPr="006D2882" w:rsidRDefault="00000000" w:rsidP="006D2882">
      <w:pPr>
        <w:spacing w:after="0"/>
        <w:rPr>
          <w:rFonts w:asciiTheme="majorHAnsi" w:hAnsiTheme="majorHAnsi" w:cstheme="majorHAnsi"/>
          <w:sz w:val="24"/>
          <w:szCs w:val="24"/>
          <w:lang w:val="pl-PL"/>
        </w:rPr>
      </w:pPr>
      <w:r w:rsidRPr="006D2882">
        <w:rPr>
          <w:rFonts w:asciiTheme="majorHAnsi" w:hAnsiTheme="majorHAnsi" w:cstheme="majorHAnsi"/>
          <w:sz w:val="24"/>
          <w:szCs w:val="24"/>
          <w:lang w:val="pl-PL"/>
        </w:rPr>
        <w:t xml:space="preserve"> W czwartek 13 lutego w godz. 14.00 – 16.30 – szkolenie</w:t>
      </w:r>
      <w:r w:rsidR="00E51A2B" w:rsidRPr="006D2882">
        <w:rPr>
          <w:rFonts w:asciiTheme="majorHAnsi" w:hAnsiTheme="majorHAnsi" w:cstheme="majorHAnsi"/>
          <w:sz w:val="24"/>
          <w:szCs w:val="24"/>
          <w:lang w:val="pl-PL"/>
        </w:rPr>
        <w:t xml:space="preserve"> </w:t>
      </w:r>
      <w:r w:rsidRPr="006D2882">
        <w:rPr>
          <w:rFonts w:asciiTheme="majorHAnsi" w:hAnsiTheme="majorHAnsi" w:cstheme="majorHAnsi"/>
          <w:sz w:val="24"/>
          <w:szCs w:val="24"/>
          <w:lang w:val="pl-PL"/>
        </w:rPr>
        <w:t>RP poprowadzone przez ten sam ośrodek nt.: „Rola i</w:t>
      </w:r>
      <w:r w:rsidR="006D2882">
        <w:rPr>
          <w:rFonts w:asciiTheme="majorHAnsi" w:hAnsiTheme="majorHAnsi" w:cstheme="majorHAnsi"/>
          <w:sz w:val="24"/>
          <w:szCs w:val="24"/>
          <w:lang w:val="pl-PL"/>
        </w:rPr>
        <w:t xml:space="preserve"> </w:t>
      </w:r>
      <w:r w:rsidRPr="006D2882">
        <w:rPr>
          <w:rFonts w:asciiTheme="majorHAnsi" w:hAnsiTheme="majorHAnsi" w:cstheme="majorHAnsi"/>
          <w:sz w:val="24"/>
          <w:szCs w:val="24"/>
          <w:lang w:val="pl-PL"/>
        </w:rPr>
        <w:t>zadania wychowawcy”.</w:t>
      </w:r>
    </w:p>
    <w:p w14:paraId="4167923D" w14:textId="77777777" w:rsidR="006D1CB6" w:rsidRPr="006D2882" w:rsidRDefault="006D1CB6" w:rsidP="006D2882">
      <w:pPr>
        <w:spacing w:after="0"/>
        <w:rPr>
          <w:rFonts w:asciiTheme="majorHAnsi" w:hAnsiTheme="majorHAnsi" w:cstheme="majorHAnsi"/>
          <w:sz w:val="24"/>
          <w:szCs w:val="24"/>
          <w:lang w:val="pl-PL"/>
        </w:rPr>
      </w:pPr>
    </w:p>
    <w:p w14:paraId="34E4529D" w14:textId="77777777" w:rsidR="006D1CB6" w:rsidRPr="006D2882" w:rsidRDefault="006D1CB6" w:rsidP="006D2882">
      <w:pPr>
        <w:spacing w:after="0"/>
        <w:rPr>
          <w:rFonts w:asciiTheme="majorHAnsi" w:hAnsiTheme="majorHAnsi" w:cstheme="majorHAnsi"/>
          <w:sz w:val="24"/>
          <w:szCs w:val="24"/>
          <w:lang w:val="pl-PL"/>
        </w:rPr>
      </w:pPr>
    </w:p>
    <w:p w14:paraId="215CAE92" w14:textId="77777777" w:rsidR="00101F49" w:rsidRPr="00101F49" w:rsidRDefault="00101F49" w:rsidP="00101F49">
      <w:pPr>
        <w:spacing w:after="0" w:line="240" w:lineRule="auto"/>
        <w:ind w:left="5103" w:firstLine="5"/>
        <w:jc w:val="center"/>
        <w:rPr>
          <w:rFonts w:asciiTheme="majorHAnsi" w:hAnsiTheme="majorHAnsi" w:cstheme="majorHAnsi"/>
          <w:iCs/>
          <w:sz w:val="24"/>
          <w:szCs w:val="24"/>
          <w:lang w:val="pl-PL"/>
        </w:rPr>
      </w:pPr>
      <w:r w:rsidRPr="00101F49">
        <w:rPr>
          <w:rFonts w:asciiTheme="majorHAnsi" w:hAnsiTheme="majorHAnsi" w:cstheme="majorHAnsi"/>
          <w:sz w:val="24"/>
          <w:szCs w:val="24"/>
          <w:lang w:val="pl-PL" w:eastAsia="pl-PL"/>
        </w:rPr>
        <w:t>(-)</w:t>
      </w:r>
      <w:r w:rsidRPr="00101F49">
        <w:rPr>
          <w:rFonts w:asciiTheme="majorHAnsi" w:hAnsiTheme="majorHAnsi" w:cstheme="majorHAnsi"/>
          <w:iCs/>
          <w:sz w:val="24"/>
          <w:szCs w:val="24"/>
          <w:lang w:val="pl-PL"/>
        </w:rPr>
        <w:t xml:space="preserve"> Katarzyna Drogosz</w:t>
      </w:r>
    </w:p>
    <w:p w14:paraId="7BA1CC03" w14:textId="77777777" w:rsidR="00101F49" w:rsidRPr="00101F49" w:rsidRDefault="00101F49" w:rsidP="00101F49">
      <w:pPr>
        <w:spacing w:after="0" w:line="240" w:lineRule="auto"/>
        <w:ind w:left="5103" w:firstLine="5"/>
        <w:jc w:val="center"/>
        <w:rPr>
          <w:rFonts w:asciiTheme="majorHAnsi" w:hAnsiTheme="majorHAnsi" w:cstheme="majorHAnsi"/>
          <w:iCs/>
          <w:sz w:val="24"/>
          <w:szCs w:val="24"/>
          <w:lang w:val="pl-PL"/>
        </w:rPr>
      </w:pPr>
      <w:r w:rsidRPr="00101F49">
        <w:rPr>
          <w:rFonts w:asciiTheme="majorHAnsi" w:hAnsiTheme="majorHAnsi" w:cstheme="majorHAnsi"/>
          <w:iCs/>
          <w:sz w:val="24"/>
          <w:szCs w:val="24"/>
          <w:lang w:val="pl-PL"/>
        </w:rPr>
        <w:t>Dyrektor Szkoły Podstawowej nr 26</w:t>
      </w:r>
    </w:p>
    <w:p w14:paraId="091C790B" w14:textId="77777777" w:rsidR="00101F49" w:rsidRPr="00101F49" w:rsidRDefault="00101F49" w:rsidP="00101F49">
      <w:pPr>
        <w:spacing w:after="0" w:line="240" w:lineRule="auto"/>
        <w:ind w:left="5103" w:firstLine="5"/>
        <w:jc w:val="center"/>
        <w:rPr>
          <w:rFonts w:asciiTheme="majorHAnsi" w:hAnsiTheme="majorHAnsi" w:cstheme="majorHAnsi"/>
          <w:iCs/>
          <w:sz w:val="24"/>
          <w:szCs w:val="24"/>
        </w:rPr>
      </w:pPr>
      <w:proofErr w:type="spellStart"/>
      <w:r w:rsidRPr="00101F49">
        <w:rPr>
          <w:rFonts w:asciiTheme="majorHAnsi" w:hAnsiTheme="majorHAnsi" w:cstheme="majorHAnsi"/>
          <w:iCs/>
          <w:sz w:val="24"/>
          <w:szCs w:val="24"/>
        </w:rPr>
        <w:t>im</w:t>
      </w:r>
      <w:proofErr w:type="spellEnd"/>
      <w:r w:rsidRPr="00101F49">
        <w:rPr>
          <w:rFonts w:asciiTheme="majorHAnsi" w:hAnsiTheme="majorHAnsi" w:cstheme="majorHAnsi"/>
          <w:iCs/>
          <w:sz w:val="24"/>
          <w:szCs w:val="24"/>
        </w:rPr>
        <w:t xml:space="preserve">. T. </w:t>
      </w:r>
      <w:proofErr w:type="spellStart"/>
      <w:r w:rsidRPr="00101F49">
        <w:rPr>
          <w:rFonts w:asciiTheme="majorHAnsi" w:hAnsiTheme="majorHAnsi" w:cstheme="majorHAnsi"/>
          <w:iCs/>
          <w:sz w:val="24"/>
          <w:szCs w:val="24"/>
        </w:rPr>
        <w:t>Kościuszki</w:t>
      </w:r>
      <w:proofErr w:type="spellEnd"/>
      <w:r w:rsidRPr="00101F49">
        <w:rPr>
          <w:rFonts w:asciiTheme="majorHAnsi" w:hAnsiTheme="majorHAnsi" w:cstheme="majorHAnsi"/>
          <w:iCs/>
          <w:sz w:val="24"/>
          <w:szCs w:val="24"/>
        </w:rPr>
        <w:t xml:space="preserve"> w </w:t>
      </w:r>
      <w:proofErr w:type="spellStart"/>
      <w:r w:rsidRPr="00101F49">
        <w:rPr>
          <w:rFonts w:asciiTheme="majorHAnsi" w:hAnsiTheme="majorHAnsi" w:cstheme="majorHAnsi"/>
          <w:iCs/>
          <w:sz w:val="24"/>
          <w:szCs w:val="24"/>
        </w:rPr>
        <w:t>Częstochowie</w:t>
      </w:r>
      <w:proofErr w:type="spellEnd"/>
    </w:p>
    <w:p w14:paraId="245C487B" w14:textId="77777777" w:rsidR="00101F49" w:rsidRPr="00101F49" w:rsidRDefault="00101F49" w:rsidP="00101F49">
      <w:pPr>
        <w:spacing w:line="360" w:lineRule="auto"/>
        <w:rPr>
          <w:rFonts w:asciiTheme="majorHAnsi" w:hAnsiTheme="majorHAnsi" w:cstheme="majorHAnsi"/>
        </w:rPr>
      </w:pPr>
    </w:p>
    <w:p w14:paraId="209CB058" w14:textId="77777777" w:rsidR="006D1CB6" w:rsidRPr="006D2882" w:rsidRDefault="006D1CB6" w:rsidP="006D2882">
      <w:pPr>
        <w:spacing w:after="0"/>
        <w:rPr>
          <w:rFonts w:asciiTheme="majorHAnsi" w:hAnsiTheme="majorHAnsi" w:cstheme="majorHAnsi"/>
          <w:sz w:val="24"/>
          <w:szCs w:val="24"/>
          <w:lang w:val="pl-PL"/>
        </w:rPr>
      </w:pPr>
    </w:p>
    <w:sectPr w:rsidR="006D1CB6" w:rsidRPr="006D2882" w:rsidSect="00E51A2B">
      <w:pgSz w:w="12240" w:h="15840"/>
      <w:pgMar w:top="1417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3090202050204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anumerowana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anumerowana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apunktowana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apunktowana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anumerowan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174609983">
    <w:abstractNumId w:val="8"/>
  </w:num>
  <w:num w:numId="2" w16cid:durableId="428431650">
    <w:abstractNumId w:val="6"/>
  </w:num>
  <w:num w:numId="3" w16cid:durableId="1921404266">
    <w:abstractNumId w:val="5"/>
  </w:num>
  <w:num w:numId="4" w16cid:durableId="385104810">
    <w:abstractNumId w:val="4"/>
  </w:num>
  <w:num w:numId="5" w16cid:durableId="371813024">
    <w:abstractNumId w:val="7"/>
  </w:num>
  <w:num w:numId="6" w16cid:durableId="1322735616">
    <w:abstractNumId w:val="3"/>
  </w:num>
  <w:num w:numId="7" w16cid:durableId="863397137">
    <w:abstractNumId w:val="2"/>
  </w:num>
  <w:num w:numId="8" w16cid:durableId="1809663932">
    <w:abstractNumId w:val="1"/>
  </w:num>
  <w:num w:numId="9" w16cid:durableId="147679739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7730"/>
    <w:rsid w:val="00034616"/>
    <w:rsid w:val="0006063C"/>
    <w:rsid w:val="000F47EF"/>
    <w:rsid w:val="00101F49"/>
    <w:rsid w:val="0011263E"/>
    <w:rsid w:val="001327FA"/>
    <w:rsid w:val="0015074B"/>
    <w:rsid w:val="0029639D"/>
    <w:rsid w:val="00326F90"/>
    <w:rsid w:val="00462A4D"/>
    <w:rsid w:val="00650E55"/>
    <w:rsid w:val="006D1CB6"/>
    <w:rsid w:val="006D2882"/>
    <w:rsid w:val="009E0888"/>
    <w:rsid w:val="00AA1D8D"/>
    <w:rsid w:val="00B47730"/>
    <w:rsid w:val="00CB0664"/>
    <w:rsid w:val="00E51A2B"/>
    <w:rsid w:val="00E7109D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547BB86"/>
  <w14:defaultImageDpi w14:val="300"/>
  <w15:docId w15:val="{0C4809EA-8492-49B5-A27C-6224954E76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C693F"/>
  </w:style>
  <w:style w:type="paragraph" w:styleId="Nagwek1">
    <w:name w:val="heading 1"/>
    <w:basedOn w:val="Normalny"/>
    <w:next w:val="Normalny"/>
    <w:link w:val="Nagwek1Znak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618BF"/>
  </w:style>
  <w:style w:type="paragraph" w:styleId="Stopka">
    <w:name w:val="footer"/>
    <w:basedOn w:val="Normalny"/>
    <w:link w:val="StopkaZnak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618BF"/>
  </w:style>
  <w:style w:type="paragraph" w:styleId="Bezodstpw">
    <w:name w:val="No Spacing"/>
    <w:uiPriority w:val="1"/>
    <w:qFormat/>
    <w:rsid w:val="00FC693F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gwek2Znak">
    <w:name w:val="Nagłówek 2 Znak"/>
    <w:basedOn w:val="Domylnaczcionkaakapitu"/>
    <w:link w:val="Nagwek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Nagwek3Znak">
    <w:name w:val="Nagłówek 3 Znak"/>
    <w:basedOn w:val="Domylnaczcionkaakapitu"/>
    <w:link w:val="Nagwek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ytu">
    <w:name w:val="Title"/>
    <w:basedOn w:val="Normalny"/>
    <w:next w:val="Normalny"/>
    <w:link w:val="TytuZnak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kapitzlist">
    <w:name w:val="List Paragraph"/>
    <w:basedOn w:val="Normalny"/>
    <w:uiPriority w:val="34"/>
    <w:qFormat/>
    <w:rsid w:val="00FC693F"/>
    <w:pPr>
      <w:ind w:left="720"/>
      <w:contextualSpacing/>
    </w:pPr>
  </w:style>
  <w:style w:type="paragraph" w:styleId="Tekstpodstawowy">
    <w:name w:val="Body Text"/>
    <w:basedOn w:val="Normalny"/>
    <w:link w:val="TekstpodstawowyZnak"/>
    <w:uiPriority w:val="99"/>
    <w:unhideWhenUsed/>
    <w:rsid w:val="00AA1D8D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AA1D8D"/>
  </w:style>
  <w:style w:type="paragraph" w:styleId="Tekstpodstawowy2">
    <w:name w:val="Body Text 2"/>
    <w:basedOn w:val="Normalny"/>
    <w:link w:val="Tekstpodstawowy2Znak"/>
    <w:uiPriority w:val="99"/>
    <w:unhideWhenUsed/>
    <w:rsid w:val="00AA1D8D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AA1D8D"/>
  </w:style>
  <w:style w:type="paragraph" w:styleId="Tekstpodstawowy3">
    <w:name w:val="Body Text 3"/>
    <w:basedOn w:val="Normalny"/>
    <w:link w:val="Tekstpodstawowy3Znak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rsid w:val="00AA1D8D"/>
    <w:rPr>
      <w:sz w:val="16"/>
      <w:szCs w:val="16"/>
    </w:rPr>
  </w:style>
  <w:style w:type="paragraph" w:styleId="Lista">
    <w:name w:val="List"/>
    <w:basedOn w:val="Normalny"/>
    <w:uiPriority w:val="99"/>
    <w:unhideWhenUsed/>
    <w:rsid w:val="00AA1D8D"/>
    <w:pPr>
      <w:ind w:left="360" w:hanging="360"/>
      <w:contextualSpacing/>
    </w:pPr>
  </w:style>
  <w:style w:type="paragraph" w:styleId="Lista2">
    <w:name w:val="List 2"/>
    <w:basedOn w:val="Normalny"/>
    <w:uiPriority w:val="99"/>
    <w:unhideWhenUsed/>
    <w:rsid w:val="00326F90"/>
    <w:pPr>
      <w:ind w:left="720" w:hanging="360"/>
      <w:contextualSpacing/>
    </w:pPr>
  </w:style>
  <w:style w:type="paragraph" w:styleId="Lista3">
    <w:name w:val="List 3"/>
    <w:basedOn w:val="Normalny"/>
    <w:uiPriority w:val="99"/>
    <w:unhideWhenUsed/>
    <w:rsid w:val="00326F90"/>
    <w:pPr>
      <w:ind w:left="1080" w:hanging="360"/>
      <w:contextualSpacing/>
    </w:pPr>
  </w:style>
  <w:style w:type="paragraph" w:styleId="Listapunktowana">
    <w:name w:val="List Bullet"/>
    <w:basedOn w:val="Normalny"/>
    <w:uiPriority w:val="99"/>
    <w:unhideWhenUsed/>
    <w:rsid w:val="00326F90"/>
    <w:pPr>
      <w:numPr>
        <w:numId w:val="1"/>
      </w:numPr>
      <w:contextualSpacing/>
    </w:pPr>
  </w:style>
  <w:style w:type="paragraph" w:styleId="Listapunktowana2">
    <w:name w:val="List Bullet 2"/>
    <w:basedOn w:val="Normalny"/>
    <w:uiPriority w:val="99"/>
    <w:unhideWhenUsed/>
    <w:rsid w:val="00326F90"/>
    <w:pPr>
      <w:numPr>
        <w:numId w:val="2"/>
      </w:numPr>
      <w:contextualSpacing/>
    </w:pPr>
  </w:style>
  <w:style w:type="paragraph" w:styleId="Listapunktowana3">
    <w:name w:val="List Bullet 3"/>
    <w:basedOn w:val="Normalny"/>
    <w:uiPriority w:val="99"/>
    <w:unhideWhenUsed/>
    <w:rsid w:val="00326F90"/>
    <w:pPr>
      <w:numPr>
        <w:numId w:val="3"/>
      </w:numPr>
      <w:contextualSpacing/>
    </w:pPr>
  </w:style>
  <w:style w:type="paragraph" w:styleId="Listanumerowana">
    <w:name w:val="List Number"/>
    <w:basedOn w:val="Normalny"/>
    <w:uiPriority w:val="99"/>
    <w:unhideWhenUsed/>
    <w:rsid w:val="00326F90"/>
    <w:pPr>
      <w:numPr>
        <w:numId w:val="5"/>
      </w:numPr>
      <w:contextualSpacing/>
    </w:pPr>
  </w:style>
  <w:style w:type="paragraph" w:styleId="Listanumerowana2">
    <w:name w:val="List Number 2"/>
    <w:basedOn w:val="Normalny"/>
    <w:uiPriority w:val="99"/>
    <w:unhideWhenUsed/>
    <w:rsid w:val="0029639D"/>
    <w:pPr>
      <w:numPr>
        <w:numId w:val="6"/>
      </w:numPr>
      <w:contextualSpacing/>
    </w:pPr>
  </w:style>
  <w:style w:type="paragraph" w:styleId="Listanumerowana3">
    <w:name w:val="List Number 3"/>
    <w:basedOn w:val="Normalny"/>
    <w:uiPriority w:val="99"/>
    <w:unhideWhenUsed/>
    <w:rsid w:val="0029639D"/>
    <w:pPr>
      <w:numPr>
        <w:numId w:val="7"/>
      </w:numPr>
      <w:contextualSpacing/>
    </w:pPr>
  </w:style>
  <w:style w:type="paragraph" w:styleId="Lista-kontynuacja">
    <w:name w:val="List Continue"/>
    <w:basedOn w:val="Normalny"/>
    <w:uiPriority w:val="99"/>
    <w:unhideWhenUsed/>
    <w:rsid w:val="0029639D"/>
    <w:pPr>
      <w:spacing w:after="120"/>
      <w:ind w:left="360"/>
      <w:contextualSpacing/>
    </w:pPr>
  </w:style>
  <w:style w:type="paragraph" w:styleId="Lista-kontynuacja2">
    <w:name w:val="List Continue 2"/>
    <w:basedOn w:val="Normalny"/>
    <w:uiPriority w:val="99"/>
    <w:unhideWhenUsed/>
    <w:rsid w:val="0029639D"/>
    <w:pPr>
      <w:spacing w:after="120"/>
      <w:ind w:left="720"/>
      <w:contextualSpacing/>
    </w:pPr>
  </w:style>
  <w:style w:type="paragraph" w:styleId="Lista-kontynuacja3">
    <w:name w:val="List Continue 3"/>
    <w:basedOn w:val="Normalny"/>
    <w:uiPriority w:val="99"/>
    <w:unhideWhenUsed/>
    <w:rsid w:val="0029639D"/>
    <w:pPr>
      <w:spacing w:after="120"/>
      <w:ind w:left="1080"/>
      <w:contextualSpacing/>
    </w:pPr>
  </w:style>
  <w:style w:type="paragraph" w:styleId="Tekstmakra">
    <w:name w:val="macro"/>
    <w:link w:val="TekstmakraZnak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TekstmakraZnak">
    <w:name w:val="Tekst makra Znak"/>
    <w:basedOn w:val="Domylnaczcionkaakapitu"/>
    <w:link w:val="Tekstmakra"/>
    <w:uiPriority w:val="99"/>
    <w:rsid w:val="0029639D"/>
    <w:rPr>
      <w:rFonts w:ascii="Courier" w:hAnsi="Courier"/>
      <w:sz w:val="20"/>
      <w:szCs w:val="20"/>
    </w:rPr>
  </w:style>
  <w:style w:type="paragraph" w:styleId="Cytat">
    <w:name w:val="Quote"/>
    <w:basedOn w:val="Normalny"/>
    <w:next w:val="Normalny"/>
    <w:link w:val="CytatZnak"/>
    <w:uiPriority w:val="29"/>
    <w:qFormat/>
    <w:rsid w:val="00FC693F"/>
    <w:rPr>
      <w:i/>
      <w:iCs/>
      <w:color w:val="000000" w:themeColor="text1"/>
    </w:rPr>
  </w:style>
  <w:style w:type="character" w:customStyle="1" w:styleId="CytatZnak">
    <w:name w:val="Cytat Znak"/>
    <w:basedOn w:val="Domylnaczcionkaakapitu"/>
    <w:link w:val="Cytat"/>
    <w:uiPriority w:val="29"/>
    <w:rsid w:val="00FC693F"/>
    <w:rPr>
      <w:i/>
      <w:iCs/>
      <w:color w:val="000000" w:themeColor="text1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Legenda">
    <w:name w:val="caption"/>
    <w:basedOn w:val="Normalny"/>
    <w:next w:val="Normalny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Pogrubienie">
    <w:name w:val="Strong"/>
    <w:basedOn w:val="Domylnaczcionkaakapitu"/>
    <w:uiPriority w:val="22"/>
    <w:qFormat/>
    <w:rsid w:val="00FC693F"/>
    <w:rPr>
      <w:b/>
      <w:bCs/>
    </w:rPr>
  </w:style>
  <w:style w:type="character" w:styleId="Uwydatnienie">
    <w:name w:val="Emphasis"/>
    <w:basedOn w:val="Domylnaczcionkaakapitu"/>
    <w:uiPriority w:val="20"/>
    <w:qFormat/>
    <w:rsid w:val="00FC693F"/>
    <w:rPr>
      <w:i/>
      <w:iCs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FC693F"/>
    <w:rPr>
      <w:b/>
      <w:bCs/>
      <w:i/>
      <w:iCs/>
      <w:color w:val="4F81BD" w:themeColor="accent1"/>
    </w:rPr>
  </w:style>
  <w:style w:type="character" w:styleId="Wyrnieniedelikatne">
    <w:name w:val="Subtle Emphasis"/>
    <w:basedOn w:val="Domylnaczcionkaakapitu"/>
    <w:uiPriority w:val="19"/>
    <w:qFormat/>
    <w:rsid w:val="00FC693F"/>
    <w:rPr>
      <w:i/>
      <w:iCs/>
      <w:color w:val="808080" w:themeColor="text1" w:themeTint="7F"/>
    </w:rPr>
  </w:style>
  <w:style w:type="character" w:styleId="Wyrnienieintensywne">
    <w:name w:val="Intense Emphasis"/>
    <w:basedOn w:val="Domylnaczcionkaakapitu"/>
    <w:uiPriority w:val="21"/>
    <w:qFormat/>
    <w:rsid w:val="00FC693F"/>
    <w:rPr>
      <w:b/>
      <w:bCs/>
      <w:i/>
      <w:iCs/>
      <w:color w:val="4F81BD" w:themeColor="accent1"/>
    </w:rPr>
  </w:style>
  <w:style w:type="character" w:styleId="Odwoaniedelikatne">
    <w:name w:val="Subtle Reference"/>
    <w:basedOn w:val="Domylnaczcionkaakapitu"/>
    <w:uiPriority w:val="31"/>
    <w:qFormat/>
    <w:rsid w:val="00FC693F"/>
    <w:rPr>
      <w:smallCaps/>
      <w:color w:val="C0504D" w:themeColor="accent2"/>
      <w:u w:val="single"/>
    </w:rPr>
  </w:style>
  <w:style w:type="character" w:styleId="Odwoanieintensywne">
    <w:name w:val="Intense Reference"/>
    <w:basedOn w:val="Domylnaczcionkaakapitu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Tytuksiki">
    <w:name w:val="Book Title"/>
    <w:basedOn w:val="Domylnaczcionkaakapitu"/>
    <w:uiPriority w:val="33"/>
    <w:qFormat/>
    <w:rsid w:val="00FC693F"/>
    <w:rPr>
      <w:b/>
      <w:bCs/>
      <w:smallCaps/>
      <w:spacing w:val="5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FC693F"/>
    <w:pPr>
      <w:outlineLvl w:val="9"/>
    </w:pPr>
  </w:style>
  <w:style w:type="table" w:styleId="Tabela-Siatka">
    <w:name w:val="Table Grid"/>
    <w:basedOn w:val="Standardowy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Jasnecieniowanie">
    <w:name w:val="Light Shading"/>
    <w:basedOn w:val="Standardowy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Jasnecieniowanieakcent1">
    <w:name w:val="Light Shading Accent 1"/>
    <w:basedOn w:val="Standardowy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Jasnecieniowanieakcent2">
    <w:name w:val="Light Shading Accent 2"/>
    <w:basedOn w:val="Standardowy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Jasnecieniowanieakcent3">
    <w:name w:val="Light Shading Accent 3"/>
    <w:basedOn w:val="Standardowy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Jasnecieniowanieakcent4">
    <w:name w:val="Light Shading Accent 4"/>
    <w:basedOn w:val="Standardowy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Jasnecieniowanieakcent5">
    <w:name w:val="Light Shading Accent 5"/>
    <w:basedOn w:val="Standardowy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Jasnecieniowanieakcent6">
    <w:name w:val="Light Shading Accent 6"/>
    <w:basedOn w:val="Standardowy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Jasnalista">
    <w:name w:val="Light List"/>
    <w:basedOn w:val="Standardowy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Jasnalistaakcent1">
    <w:name w:val="Light List Accent 1"/>
    <w:basedOn w:val="Standardowy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Jasnalistaakcent2">
    <w:name w:val="Light List Accent 2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Jasnalistaakcent3">
    <w:name w:val="Light List Accent 3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Jasnalistaakcent4">
    <w:name w:val="Light List Accent 4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Jasnalistaakcent5">
    <w:name w:val="Light List Accent 5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Jasnalistaakcent6">
    <w:name w:val="Light List Accent 6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Jasnasiatka">
    <w:name w:val="Light Grid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Jasnasiatkaakcent1">
    <w:name w:val="Light Grid Accent 1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Jasnasiatkaakcent2">
    <w:name w:val="Light Grid Accent 2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Jasnasiatkaakcent3">
    <w:name w:val="Light Grid Accent 3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Jasnasiatkaakcent4">
    <w:name w:val="Light Grid Accent 4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Jasnasiatkaakcent5">
    <w:name w:val="Light Grid Accent 5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Jasnasiatkaakcent6">
    <w:name w:val="Light Grid Accent 6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redniecieniowanie1">
    <w:name w:val="Medium Shading 1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1">
    <w:name w:val="Medium Shading 1 Accent 1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2">
    <w:name w:val="Medium Shading 1 Accent 2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3">
    <w:name w:val="Medium Shading 1 Accent 3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4">
    <w:name w:val="Medium Shading 1 Accent 4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5">
    <w:name w:val="Medium Shading 1 Accent 5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6">
    <w:name w:val="Medium Shading 1 Accent 6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2">
    <w:name w:val="Medium Shading 2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1">
    <w:name w:val="Medium Shading 2 Accent 1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2">
    <w:name w:val="Medium Shading 2 Accent 2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3">
    <w:name w:val="Medium Shading 2 Accent 3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4">
    <w:name w:val="Medium Shading 2 Accent 4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5">
    <w:name w:val="Medium Shading 2 Accent 5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6">
    <w:name w:val="Medium Shading 2 Accent 6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alista1">
    <w:name w:val="Medium List 1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rednialista1akcent1">
    <w:name w:val="Medium List 1 Accent 1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rednialista1akcent2">
    <w:name w:val="Medium List 1 Accent 2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rednialista1akcent3">
    <w:name w:val="Medium List 1 Accent 3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rednialista1akcent4">
    <w:name w:val="Medium List 1 Accent 4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rednialista1akcent5">
    <w:name w:val="Medium List 1 Accent 5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rednialista1akcent6">
    <w:name w:val="Medium List 1 Accent 6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rednialista2">
    <w:name w:val="Medium List 2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1">
    <w:name w:val="Medium List 2 Accent 1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2">
    <w:name w:val="Medium List 2 Accent 2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3">
    <w:name w:val="Medium List 2 Accent 3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4">
    <w:name w:val="Medium List 2 Accent 4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5">
    <w:name w:val="Medium List 2 Accent 5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6">
    <w:name w:val="Medium List 2 Accent 6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siatka1">
    <w:name w:val="Medium Grid 1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redniasiatka1akcent1">
    <w:name w:val="Medium Grid 1 Accent 1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redniasiatka1akcent2">
    <w:name w:val="Medium Grid 1 Accent 2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redniasiatka1akcent3">
    <w:name w:val="Medium Grid 1 Accent 3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redniasiatka1akcent4">
    <w:name w:val="Medium Grid 1 Accent 4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redniasiatka1akcent5">
    <w:name w:val="Medium Grid 1 Accent 5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redniasiatka1akcent6">
    <w:name w:val="Medium Grid 1 Accent 6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redniasiatka2">
    <w:name w:val="Medium Grid 2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1">
    <w:name w:val="Medium Grid 2 Accent 1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2">
    <w:name w:val="Medium Grid 2 Accent 2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3">
    <w:name w:val="Medium Grid 2 Accent 3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4">
    <w:name w:val="Medium Grid 2 Accent 4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5">
    <w:name w:val="Medium Grid 2 Accent 5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6">
    <w:name w:val="Medium Grid 2 Accent 6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3">
    <w:name w:val="Medium Grid 3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redniasiatka3akcent1">
    <w:name w:val="Medium Grid 3 Accent 1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redniasiatka3akcent2">
    <w:name w:val="Medium Grid 3 Accent 2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redniasiatka3akcent3">
    <w:name w:val="Medium Grid 3 Accent 3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redniasiatka3akcent4">
    <w:name w:val="Medium Grid 3 Accent 4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redniasiatka3akcent5">
    <w:name w:val="Medium Grid 3 Accent 5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redniasiatka3akcent6">
    <w:name w:val="Medium Grid 3 Accent 6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Ciemnalista">
    <w:name w:val="Dark List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Ciemnalista2akcent1">
    <w:name w:val="Dark List Accent 1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Ciemnalistaakcent2">
    <w:name w:val="Dark List Accent 2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Ciemnalistaakcent3">
    <w:name w:val="Dark List Accent 3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Ciemnalistaakcent4">
    <w:name w:val="Dark List Accent 4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Ciemnalistaakcent5">
    <w:name w:val="Dark List Accent 5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Ciemnalistaakcent6">
    <w:name w:val="Dark List Accent 6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Kolorowecieniowanie">
    <w:name w:val="Colorful Shading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1">
    <w:name w:val="Colorful Shading Accent 1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2">
    <w:name w:val="Colorful Shading Accent 2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3">
    <w:name w:val="Colorful Shading Accent 3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Kolorowecieniowanieakcent4">
    <w:name w:val="Colorful Shading Accent 4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5">
    <w:name w:val="Colorful Shading Accent 5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6">
    <w:name w:val="Colorful Shading Accent 6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alista">
    <w:name w:val="Colorful List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Kolorowalistaakcent1">
    <w:name w:val="Colorful List Accent 1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Kolorowalistaakcent2">
    <w:name w:val="Colorful List Accent 2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Kolorowalistaakcent3">
    <w:name w:val="Colorful List Accent 3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Kolorowalistaakcent4">
    <w:name w:val="Colorful List Accent 4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Kolorowalistaakcent5">
    <w:name w:val="Colorful List Accent 5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Kolorowalistaakcent6">
    <w:name w:val="Colorful List Accent 6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Kolorowasiatka">
    <w:name w:val="Colorful Grid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Kolorowasiatkaakcent1">
    <w:name w:val="Colorful Grid Accent 1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Kolorowasiatkaakcent2">
    <w:name w:val="Colorful Grid Accent 2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Kolorowasiatkaakcent3">
    <w:name w:val="Colorful Grid Accent 3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Kolorowasiatkaakcent4">
    <w:name w:val="Colorful Grid Accent 4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Kolorowasiatkaakcent5">
    <w:name w:val="Colorful Grid Accent 5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Kolorowasiatkaakcent6">
    <w:name w:val="Colorful Grid Accent 6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171</Words>
  <Characters>1032</Characters>
  <Application>Microsoft Office Word</Application>
  <DocSecurity>0</DocSecurity>
  <Lines>8</Lines>
  <Paragraphs>2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Manager/>
  <Company/>
  <LinksUpToDate>false</LinksUpToDate>
  <CharactersWithSpaces>1201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Kamila Salita</cp:lastModifiedBy>
  <cp:revision>9</cp:revision>
  <dcterms:created xsi:type="dcterms:W3CDTF">2013-12-23T23:15:00Z</dcterms:created>
  <dcterms:modified xsi:type="dcterms:W3CDTF">2025-11-25T10:20:00Z</dcterms:modified>
  <cp:category/>
</cp:coreProperties>
</file>