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CFB7A" w14:textId="3F1C9992" w:rsidR="00CF4491" w:rsidRPr="00CF4491" w:rsidRDefault="00C047E6" w:rsidP="00C047E6">
      <w:pPr>
        <w:spacing w:after="0"/>
        <w:jc w:val="center"/>
        <w:rPr>
          <w:rFonts w:asciiTheme="majorHAnsi" w:hAnsiTheme="majorHAnsi" w:cstheme="majorHAnsi"/>
          <w:b/>
          <w:sz w:val="24"/>
          <w:szCs w:val="24"/>
          <w:lang w:val="pl-PL"/>
        </w:rPr>
      </w:pPr>
      <w:r w:rsidRPr="00C047E6">
        <w:rPr>
          <w:rFonts w:asciiTheme="majorHAnsi" w:hAnsiTheme="majorHAnsi" w:cstheme="majorHAnsi"/>
          <w:b/>
          <w:sz w:val="24"/>
          <w:szCs w:val="24"/>
          <w:lang w:val="pl-PL"/>
        </w:rPr>
        <w:t xml:space="preserve">Zarządzenie nr 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13</w:t>
      </w:r>
      <w:r w:rsidRPr="00C047E6">
        <w:rPr>
          <w:rFonts w:asciiTheme="majorHAnsi" w:hAnsiTheme="majorHAnsi" w:cstheme="majorHAnsi"/>
          <w:b/>
          <w:sz w:val="24"/>
          <w:szCs w:val="24"/>
          <w:lang w:val="pl-PL"/>
        </w:rPr>
        <w:t>/2024/2025</w:t>
      </w:r>
      <w:r w:rsidRPr="00C047E6">
        <w:rPr>
          <w:rFonts w:asciiTheme="majorHAnsi" w:hAnsiTheme="majorHAnsi" w:cstheme="majorHAnsi"/>
          <w:b/>
          <w:sz w:val="24"/>
          <w:szCs w:val="24"/>
          <w:lang w:val="pl-PL"/>
        </w:rPr>
        <w:br/>
        <w:t>Dyrektora Szkoły Podstawowej nr 26 im. Tadeusza Kościuszki</w:t>
      </w:r>
      <w:r w:rsidRPr="00C047E6">
        <w:rPr>
          <w:rFonts w:asciiTheme="majorHAnsi" w:hAnsiTheme="majorHAnsi" w:cstheme="majorHAnsi"/>
          <w:b/>
          <w:sz w:val="24"/>
          <w:szCs w:val="24"/>
          <w:lang w:val="pl-PL"/>
        </w:rPr>
        <w:br/>
        <w:t xml:space="preserve">z dnia 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11 czerwca</w:t>
      </w:r>
      <w:r w:rsidRPr="00C047E6">
        <w:rPr>
          <w:rFonts w:asciiTheme="majorHAnsi" w:hAnsiTheme="majorHAnsi" w:cstheme="majorHAnsi"/>
          <w:b/>
          <w:sz w:val="24"/>
          <w:szCs w:val="24"/>
          <w:lang w:val="pl-PL"/>
        </w:rPr>
        <w:t xml:space="preserve"> 202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5</w:t>
      </w:r>
      <w:r w:rsidRPr="00C047E6">
        <w:rPr>
          <w:rFonts w:asciiTheme="majorHAnsi" w:hAnsiTheme="majorHAnsi" w:cstheme="majorHAnsi"/>
          <w:b/>
          <w:sz w:val="24"/>
          <w:szCs w:val="24"/>
          <w:lang w:val="pl-PL"/>
        </w:rPr>
        <w:t xml:space="preserve"> r.</w:t>
      </w:r>
      <w:r w:rsidRPr="00C047E6">
        <w:rPr>
          <w:rFonts w:asciiTheme="majorHAnsi" w:hAnsiTheme="majorHAnsi" w:cstheme="majorHAnsi"/>
          <w:b/>
          <w:sz w:val="24"/>
          <w:szCs w:val="24"/>
          <w:lang w:val="pl-PL"/>
        </w:rPr>
        <w:br/>
      </w:r>
      <w:r w:rsidRPr="00C047E6">
        <w:rPr>
          <w:rFonts w:asciiTheme="majorHAnsi" w:hAnsiTheme="majorHAnsi" w:cstheme="majorHAnsi"/>
          <w:b/>
          <w:bCs/>
          <w:sz w:val="24"/>
          <w:szCs w:val="24"/>
          <w:lang w:val="pl-PL"/>
        </w:rPr>
        <w:t xml:space="preserve">w sprawie </w:t>
      </w:r>
      <w:r>
        <w:rPr>
          <w:rFonts w:asciiTheme="majorHAnsi" w:hAnsiTheme="majorHAnsi" w:cstheme="majorHAnsi"/>
          <w:b/>
          <w:bCs/>
          <w:sz w:val="24"/>
          <w:szCs w:val="24"/>
          <w:lang w:val="pl-PL"/>
        </w:rPr>
        <w:t>rocznej klasyfikacji uczniów, Rady Pedagogicznej i organizacji pracy.</w:t>
      </w:r>
    </w:p>
    <w:p w14:paraId="1CFD0EBE" w14:textId="77777777" w:rsidR="00CF4491" w:rsidRPr="00CF4491" w:rsidRDefault="00CF4491" w:rsidP="00CF4491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066B6B04" w14:textId="77777777" w:rsidR="00CF4491" w:rsidRPr="00CF4491" w:rsidRDefault="00CF4491" w:rsidP="00CF4491">
      <w:pPr>
        <w:spacing w:after="0"/>
        <w:jc w:val="center"/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</w:pPr>
      <w:r w:rsidRPr="00CF4491"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 xml:space="preserve">§ 1. </w:t>
      </w:r>
    </w:p>
    <w:p w14:paraId="21608F66" w14:textId="21493025" w:rsidR="00FB4C29" w:rsidRDefault="00000000" w:rsidP="00CF4491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CF4491">
        <w:rPr>
          <w:rFonts w:asciiTheme="majorHAnsi" w:hAnsiTheme="majorHAnsi" w:cstheme="majorHAnsi"/>
          <w:sz w:val="24"/>
          <w:szCs w:val="24"/>
          <w:lang w:val="pl-PL"/>
        </w:rPr>
        <w:t xml:space="preserve"> Rada klasyfikacyjna odbędzie się w środę – 11 czerwca o godz. 14.00.</w:t>
      </w:r>
    </w:p>
    <w:p w14:paraId="19655204" w14:textId="77777777" w:rsidR="00CF4491" w:rsidRPr="00CF4491" w:rsidRDefault="00CF4491" w:rsidP="00CF4491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106A1034" w14:textId="055A04CD" w:rsidR="00FB4C29" w:rsidRPr="00640C25" w:rsidRDefault="00CF4491" w:rsidP="00640C25">
      <w:pPr>
        <w:spacing w:after="0"/>
        <w:jc w:val="center"/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</w:pPr>
      <w:r w:rsidRPr="00CF4491"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 xml:space="preserve">§ </w:t>
      </w:r>
      <w:r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>2</w:t>
      </w:r>
      <w:r w:rsidRPr="00CF4491"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 xml:space="preserve">. </w:t>
      </w:r>
    </w:p>
    <w:p w14:paraId="4FFC4DB1" w14:textId="00CF9DE0" w:rsidR="00FB4C29" w:rsidRPr="00CF4491" w:rsidRDefault="00000000" w:rsidP="00CF4491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CF4491">
        <w:rPr>
          <w:rFonts w:asciiTheme="majorHAnsi" w:hAnsiTheme="majorHAnsi" w:cstheme="majorHAnsi"/>
          <w:sz w:val="24"/>
          <w:szCs w:val="24"/>
          <w:lang w:val="pl-PL"/>
        </w:rPr>
        <w:t xml:space="preserve"> Rada Plenarna zaplanowana jest na czwartek – 26 czerwca o godz. 13.00.</w:t>
      </w:r>
    </w:p>
    <w:p w14:paraId="7FF0891E" w14:textId="43805B4B" w:rsidR="00FB4C29" w:rsidRDefault="00000000" w:rsidP="00CF4491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CF4491">
        <w:rPr>
          <w:rFonts w:asciiTheme="majorHAnsi" w:hAnsiTheme="majorHAnsi" w:cstheme="majorHAnsi"/>
          <w:sz w:val="24"/>
          <w:szCs w:val="24"/>
          <w:lang w:val="pl-PL"/>
        </w:rPr>
        <w:t xml:space="preserve"> Proszę o przygotowanie sprawozdań z działalności edukacyjnej, wychowawczej   i opiekuńczej (zespoły samokształceniowe i zadaniowe, psycholog, biblioteka,  świetlica, rewalidacja). Sprawozdania proszę na skrzynkę protokołów w/w terminie</w:t>
      </w:r>
      <w:r w:rsidR="00CF4491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CF4491">
        <w:rPr>
          <w:rFonts w:asciiTheme="majorHAnsi" w:hAnsiTheme="majorHAnsi" w:cstheme="majorHAnsi"/>
          <w:sz w:val="24"/>
          <w:szCs w:val="24"/>
          <w:lang w:val="pl-PL"/>
        </w:rPr>
        <w:t>do godz. 10.00.</w:t>
      </w:r>
    </w:p>
    <w:p w14:paraId="2D61F4FA" w14:textId="77777777" w:rsidR="00CF4491" w:rsidRPr="00CF4491" w:rsidRDefault="00CF4491" w:rsidP="00CF4491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49C92FDF" w14:textId="6976DD06" w:rsidR="00FB4C29" w:rsidRPr="00640C25" w:rsidRDefault="00CF4491" w:rsidP="00640C25">
      <w:pPr>
        <w:spacing w:after="0"/>
        <w:jc w:val="center"/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</w:pPr>
      <w:r w:rsidRPr="00CF4491"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 xml:space="preserve">§ </w:t>
      </w:r>
      <w:r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>3</w:t>
      </w:r>
      <w:r w:rsidRPr="00CF4491"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 xml:space="preserve">. </w:t>
      </w:r>
    </w:p>
    <w:p w14:paraId="5F4768AE" w14:textId="100A23FF" w:rsidR="00FB4C29" w:rsidRPr="00CF4491" w:rsidRDefault="00000000" w:rsidP="00CF4491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CF4491">
        <w:rPr>
          <w:rFonts w:asciiTheme="majorHAnsi" w:hAnsiTheme="majorHAnsi" w:cstheme="majorHAnsi"/>
          <w:sz w:val="24"/>
          <w:szCs w:val="24"/>
          <w:lang w:val="pl-PL"/>
        </w:rPr>
        <w:t xml:space="preserve"> Sprawozdanie wszystkich nauczycieli po wypełnieniu etapu proszę o wstawianie</w:t>
      </w:r>
      <w:r w:rsidR="00640C25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CF4491">
        <w:rPr>
          <w:rFonts w:asciiTheme="majorHAnsi" w:hAnsiTheme="majorHAnsi" w:cstheme="majorHAnsi"/>
          <w:sz w:val="24"/>
          <w:szCs w:val="24"/>
          <w:lang w:val="pl-PL"/>
        </w:rPr>
        <w:t>do piątku – 21 czerwca.</w:t>
      </w:r>
    </w:p>
    <w:p w14:paraId="5187B340" w14:textId="7013A7EE" w:rsidR="00FB4C29" w:rsidRPr="00640C25" w:rsidRDefault="00CF4491" w:rsidP="00640C25">
      <w:pPr>
        <w:spacing w:after="0"/>
        <w:jc w:val="center"/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</w:pPr>
      <w:r w:rsidRPr="00CF4491"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 xml:space="preserve">§ </w:t>
      </w:r>
      <w:r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>4</w:t>
      </w:r>
      <w:r w:rsidRPr="00CF4491"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 xml:space="preserve">. </w:t>
      </w:r>
    </w:p>
    <w:p w14:paraId="5DF4887F" w14:textId="649B0CC2" w:rsidR="00FB4C29" w:rsidRPr="00CF4491" w:rsidRDefault="00000000" w:rsidP="00CF4491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CF4491">
        <w:rPr>
          <w:rFonts w:asciiTheme="majorHAnsi" w:hAnsiTheme="majorHAnsi" w:cstheme="majorHAnsi"/>
          <w:sz w:val="24"/>
          <w:szCs w:val="24"/>
          <w:lang w:val="pl-PL"/>
        </w:rPr>
        <w:t xml:space="preserve"> Zakończenie roku szkolnego 2024/2025 według planu:</w:t>
      </w:r>
    </w:p>
    <w:p w14:paraId="09255FB5" w14:textId="65BDF959" w:rsidR="00FB4C29" w:rsidRPr="00CE3FD4" w:rsidRDefault="00000000" w:rsidP="00CE3FD4">
      <w:pPr>
        <w:pStyle w:val="Akapitzlist"/>
        <w:numPr>
          <w:ilvl w:val="0"/>
          <w:numId w:val="11"/>
        </w:num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CE3FD4">
        <w:rPr>
          <w:rFonts w:asciiTheme="majorHAnsi" w:hAnsiTheme="majorHAnsi" w:cstheme="majorHAnsi"/>
          <w:sz w:val="24"/>
          <w:szCs w:val="24"/>
          <w:lang w:val="pl-PL"/>
        </w:rPr>
        <w:t>w piątek – 27 czerwca:</w:t>
      </w:r>
    </w:p>
    <w:p w14:paraId="79D567FC" w14:textId="6CF39C60" w:rsidR="00FB4C29" w:rsidRPr="00CE3FD4" w:rsidRDefault="00000000" w:rsidP="00CE3FD4">
      <w:pPr>
        <w:pStyle w:val="Akapitzlist"/>
        <w:numPr>
          <w:ilvl w:val="0"/>
          <w:numId w:val="11"/>
        </w:num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CE3FD4">
        <w:rPr>
          <w:rFonts w:asciiTheme="majorHAnsi" w:hAnsiTheme="majorHAnsi" w:cstheme="majorHAnsi"/>
          <w:sz w:val="24"/>
          <w:szCs w:val="24"/>
          <w:lang w:val="pl-PL"/>
        </w:rPr>
        <w:t>godz. 9.00 – klasy IV – VIII</w:t>
      </w:r>
    </w:p>
    <w:p w14:paraId="0B032875" w14:textId="5EE49634" w:rsidR="00FB4C29" w:rsidRPr="00CE3FD4" w:rsidRDefault="00000000" w:rsidP="00CE3FD4">
      <w:pPr>
        <w:pStyle w:val="Akapitzlist"/>
        <w:numPr>
          <w:ilvl w:val="0"/>
          <w:numId w:val="11"/>
        </w:num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CE3FD4">
        <w:rPr>
          <w:rFonts w:asciiTheme="majorHAnsi" w:hAnsiTheme="majorHAnsi" w:cstheme="majorHAnsi"/>
          <w:sz w:val="24"/>
          <w:szCs w:val="24"/>
          <w:lang w:val="pl-PL"/>
        </w:rPr>
        <w:t>godz. 10.30 – klasy I – III</w:t>
      </w:r>
    </w:p>
    <w:p w14:paraId="2B455C9F" w14:textId="3B9739D7" w:rsidR="00CF4491" w:rsidRPr="00CF4491" w:rsidRDefault="00CF4491" w:rsidP="00CF4491">
      <w:pPr>
        <w:spacing w:after="0"/>
        <w:jc w:val="center"/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</w:pPr>
      <w:r w:rsidRPr="00CF4491"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 xml:space="preserve">§ </w:t>
      </w:r>
      <w:r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>5</w:t>
      </w:r>
      <w:r w:rsidRPr="00CF4491">
        <w:rPr>
          <w:rFonts w:asciiTheme="majorHAnsi" w:hAnsiTheme="majorHAnsi" w:cstheme="majorHAnsi"/>
          <w:b/>
          <w:color w:val="000000"/>
          <w:sz w:val="24"/>
          <w:szCs w:val="24"/>
          <w:lang w:val="pl-PL"/>
        </w:rPr>
        <w:t xml:space="preserve">. </w:t>
      </w:r>
    </w:p>
    <w:p w14:paraId="470022AE" w14:textId="22E0ECD4" w:rsidR="00FB4C29" w:rsidRPr="00CF4491" w:rsidRDefault="00000000" w:rsidP="00CF4491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CF4491">
        <w:rPr>
          <w:rFonts w:asciiTheme="majorHAnsi" w:hAnsiTheme="majorHAnsi" w:cstheme="majorHAnsi"/>
          <w:sz w:val="24"/>
          <w:szCs w:val="24"/>
          <w:lang w:val="pl-PL"/>
        </w:rPr>
        <w:t xml:space="preserve"> Proszę o przygotowanie </w:t>
      </w:r>
      <w:proofErr w:type="spellStart"/>
      <w:r w:rsidRPr="00CF4491">
        <w:rPr>
          <w:rFonts w:asciiTheme="majorHAnsi" w:hAnsiTheme="majorHAnsi" w:cstheme="majorHAnsi"/>
          <w:sz w:val="24"/>
          <w:szCs w:val="24"/>
          <w:lang w:val="pl-PL"/>
        </w:rPr>
        <w:t>sal</w:t>
      </w:r>
      <w:proofErr w:type="spellEnd"/>
      <w:r w:rsidRPr="00CF4491">
        <w:rPr>
          <w:rFonts w:asciiTheme="majorHAnsi" w:hAnsiTheme="majorHAnsi" w:cstheme="majorHAnsi"/>
          <w:sz w:val="24"/>
          <w:szCs w:val="24"/>
          <w:lang w:val="pl-PL"/>
        </w:rPr>
        <w:t xml:space="preserve"> i zabezpieczenie sprzętu na czas urlopu.</w:t>
      </w:r>
    </w:p>
    <w:p w14:paraId="6B3F3E35" w14:textId="77777777" w:rsidR="00FB4C29" w:rsidRPr="00CF4491" w:rsidRDefault="00FB4C29" w:rsidP="00CF4491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384A5CC6" w14:textId="77777777" w:rsidR="00CE3FD4" w:rsidRPr="00CE3FD4" w:rsidRDefault="00CE3FD4" w:rsidP="00CE3FD4">
      <w:pPr>
        <w:spacing w:after="0" w:line="240" w:lineRule="auto"/>
        <w:ind w:left="5103" w:firstLine="5"/>
        <w:jc w:val="center"/>
        <w:rPr>
          <w:rFonts w:asciiTheme="majorHAnsi" w:eastAsiaTheme="minorHAnsi" w:hAnsiTheme="majorHAnsi" w:cstheme="majorHAnsi"/>
          <w:iCs/>
          <w:sz w:val="24"/>
          <w:szCs w:val="24"/>
          <w:lang w:val="pl-PL"/>
        </w:rPr>
      </w:pPr>
      <w:r w:rsidRPr="00CE3FD4">
        <w:rPr>
          <w:rFonts w:asciiTheme="majorHAnsi" w:hAnsiTheme="majorHAnsi" w:cstheme="majorHAnsi"/>
          <w:sz w:val="24"/>
          <w:szCs w:val="24"/>
          <w:lang w:val="pl-PL"/>
        </w:rPr>
        <w:t>(-)</w:t>
      </w:r>
      <w:r w:rsidRPr="00CE3FD4">
        <w:rPr>
          <w:rFonts w:asciiTheme="majorHAnsi" w:hAnsiTheme="majorHAnsi" w:cstheme="majorHAnsi"/>
          <w:iCs/>
          <w:sz w:val="24"/>
          <w:szCs w:val="24"/>
          <w:lang w:val="pl-PL"/>
        </w:rPr>
        <w:t xml:space="preserve"> Katarzyna Drogosz</w:t>
      </w:r>
    </w:p>
    <w:p w14:paraId="17D5F811" w14:textId="77777777" w:rsidR="00CE3FD4" w:rsidRPr="00CE3FD4" w:rsidRDefault="00CE3FD4" w:rsidP="00CE3FD4">
      <w:pPr>
        <w:spacing w:after="0" w:line="240" w:lineRule="auto"/>
        <w:ind w:left="5103" w:firstLine="5"/>
        <w:jc w:val="center"/>
        <w:rPr>
          <w:rFonts w:asciiTheme="majorHAnsi" w:eastAsia="Calibri" w:hAnsiTheme="majorHAnsi" w:cstheme="majorHAnsi"/>
          <w:iCs/>
          <w:color w:val="000000"/>
          <w:sz w:val="24"/>
          <w:szCs w:val="24"/>
          <w:lang w:val="pl-PL"/>
        </w:rPr>
      </w:pPr>
      <w:r w:rsidRPr="00CE3FD4">
        <w:rPr>
          <w:rFonts w:asciiTheme="majorHAnsi" w:hAnsiTheme="majorHAnsi" w:cstheme="majorHAnsi"/>
          <w:iCs/>
          <w:sz w:val="24"/>
          <w:szCs w:val="24"/>
          <w:lang w:val="pl-PL"/>
        </w:rPr>
        <w:t>Dyrektor Szkoły Podstawowej nr 26</w:t>
      </w:r>
    </w:p>
    <w:p w14:paraId="069A5961" w14:textId="77777777" w:rsidR="00CE3FD4" w:rsidRPr="00CE3FD4" w:rsidRDefault="00CE3FD4" w:rsidP="00CE3FD4">
      <w:pPr>
        <w:spacing w:after="0" w:line="240" w:lineRule="auto"/>
        <w:ind w:left="5103" w:firstLine="5"/>
        <w:jc w:val="center"/>
        <w:rPr>
          <w:rFonts w:asciiTheme="majorHAnsi" w:hAnsiTheme="majorHAnsi" w:cstheme="majorHAnsi"/>
          <w:iCs/>
          <w:sz w:val="24"/>
          <w:szCs w:val="24"/>
        </w:rPr>
      </w:pPr>
      <w:proofErr w:type="spellStart"/>
      <w:r w:rsidRPr="00CE3FD4">
        <w:rPr>
          <w:rFonts w:asciiTheme="majorHAnsi" w:hAnsiTheme="majorHAnsi" w:cstheme="majorHAnsi"/>
          <w:iCs/>
          <w:sz w:val="24"/>
          <w:szCs w:val="24"/>
        </w:rPr>
        <w:t>im</w:t>
      </w:r>
      <w:proofErr w:type="spellEnd"/>
      <w:r w:rsidRPr="00CE3FD4">
        <w:rPr>
          <w:rFonts w:asciiTheme="majorHAnsi" w:hAnsiTheme="majorHAnsi" w:cstheme="majorHAnsi"/>
          <w:iCs/>
          <w:sz w:val="24"/>
          <w:szCs w:val="24"/>
        </w:rPr>
        <w:t xml:space="preserve">. T. </w:t>
      </w:r>
      <w:proofErr w:type="spellStart"/>
      <w:r w:rsidRPr="00CE3FD4">
        <w:rPr>
          <w:rFonts w:asciiTheme="majorHAnsi" w:hAnsiTheme="majorHAnsi" w:cstheme="majorHAnsi"/>
          <w:iCs/>
          <w:sz w:val="24"/>
          <w:szCs w:val="24"/>
        </w:rPr>
        <w:t>Kościuszki</w:t>
      </w:r>
      <w:proofErr w:type="spellEnd"/>
      <w:r w:rsidRPr="00CE3FD4">
        <w:rPr>
          <w:rFonts w:asciiTheme="majorHAnsi" w:hAnsiTheme="majorHAnsi" w:cstheme="majorHAnsi"/>
          <w:iCs/>
          <w:sz w:val="24"/>
          <w:szCs w:val="24"/>
        </w:rPr>
        <w:t xml:space="preserve"> w </w:t>
      </w:r>
      <w:proofErr w:type="spellStart"/>
      <w:r w:rsidRPr="00CE3FD4">
        <w:rPr>
          <w:rFonts w:asciiTheme="majorHAnsi" w:hAnsiTheme="majorHAnsi" w:cstheme="majorHAnsi"/>
          <w:iCs/>
          <w:sz w:val="24"/>
          <w:szCs w:val="24"/>
        </w:rPr>
        <w:t>Częstochowie</w:t>
      </w:r>
      <w:proofErr w:type="spellEnd"/>
    </w:p>
    <w:p w14:paraId="0475CF02" w14:textId="77777777" w:rsidR="00FB4C29" w:rsidRPr="00CE3FD4" w:rsidRDefault="00FB4C29">
      <w:pPr>
        <w:rPr>
          <w:rFonts w:asciiTheme="majorHAnsi" w:hAnsiTheme="majorHAnsi" w:cstheme="majorHAnsi"/>
          <w:lang w:val="pl-PL"/>
        </w:rPr>
      </w:pPr>
    </w:p>
    <w:sectPr w:rsidR="00FB4C29" w:rsidRPr="00CE3FD4" w:rsidSect="00CF449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B244F9"/>
    <w:multiLevelType w:val="hybridMultilevel"/>
    <w:tmpl w:val="4F500C84"/>
    <w:lvl w:ilvl="0" w:tplc="85E041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7F3705"/>
    <w:multiLevelType w:val="hybridMultilevel"/>
    <w:tmpl w:val="CFBC0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8154044">
    <w:abstractNumId w:val="8"/>
  </w:num>
  <w:num w:numId="2" w16cid:durableId="394936243">
    <w:abstractNumId w:val="6"/>
  </w:num>
  <w:num w:numId="3" w16cid:durableId="1307465769">
    <w:abstractNumId w:val="5"/>
  </w:num>
  <w:num w:numId="4" w16cid:durableId="1135491707">
    <w:abstractNumId w:val="4"/>
  </w:num>
  <w:num w:numId="5" w16cid:durableId="829905588">
    <w:abstractNumId w:val="7"/>
  </w:num>
  <w:num w:numId="6" w16cid:durableId="1344014292">
    <w:abstractNumId w:val="3"/>
  </w:num>
  <w:num w:numId="7" w16cid:durableId="1976328716">
    <w:abstractNumId w:val="2"/>
  </w:num>
  <w:num w:numId="8" w16cid:durableId="421684631">
    <w:abstractNumId w:val="1"/>
  </w:num>
  <w:num w:numId="9" w16cid:durableId="1217543452">
    <w:abstractNumId w:val="0"/>
  </w:num>
  <w:num w:numId="10" w16cid:durableId="838273349">
    <w:abstractNumId w:val="10"/>
  </w:num>
  <w:num w:numId="11" w16cid:durableId="14387185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31637"/>
    <w:rsid w:val="00462A4D"/>
    <w:rsid w:val="00640C25"/>
    <w:rsid w:val="00725111"/>
    <w:rsid w:val="00A9306D"/>
    <w:rsid w:val="00AA1D8D"/>
    <w:rsid w:val="00B47730"/>
    <w:rsid w:val="00C047E6"/>
    <w:rsid w:val="00CB0664"/>
    <w:rsid w:val="00CE3FD4"/>
    <w:rsid w:val="00CF4491"/>
    <w:rsid w:val="00FB4C2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F526EA"/>
  <w14:defaultImageDpi w14:val="300"/>
  <w15:docId w15:val="{0C4809EA-8492-49B5-A27C-6224954E7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Kamila Salita</cp:lastModifiedBy>
  <cp:revision>8</cp:revision>
  <dcterms:created xsi:type="dcterms:W3CDTF">2013-12-23T23:15:00Z</dcterms:created>
  <dcterms:modified xsi:type="dcterms:W3CDTF">2025-11-25T10:39:00Z</dcterms:modified>
  <cp:category/>
</cp:coreProperties>
</file>