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DC6" w:rsidRPr="00385787" w:rsidRDefault="00AC6480" w:rsidP="00385787">
      <w:pPr>
        <w:spacing w:after="40"/>
        <w:jc w:val="center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>ZARZĄDZENIE NR 8/2026/2027</w:t>
      </w:r>
    </w:p>
    <w:p w:rsidR="00715DC6" w:rsidRPr="00385787" w:rsidRDefault="00AC6480" w:rsidP="00385787">
      <w:pPr>
        <w:spacing w:after="40"/>
        <w:jc w:val="center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>Dyrektora Zespołu Szkół im. gen. Władysława Andersa w Częstochowie</w:t>
      </w:r>
    </w:p>
    <w:p w:rsidR="00715DC6" w:rsidRPr="00385787" w:rsidRDefault="00AC6480" w:rsidP="00385787">
      <w:pPr>
        <w:spacing w:after="360"/>
        <w:jc w:val="center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>z dnia 15 września 2026 r.</w:t>
      </w:r>
    </w:p>
    <w:p w:rsidR="00715DC6" w:rsidRPr="00385787" w:rsidRDefault="00AC6480" w:rsidP="00385787">
      <w:pPr>
        <w:pBdr>
          <w:bottom w:val="single" w:sz="8" w:space="5" w:color="000000"/>
        </w:pBdr>
        <w:spacing w:after="36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>w sprawie:  powołania Komisji do opracowania projektu kryteriów doboru pracowników do rozwiązania stosunku pracy lub ograniczenia zatrudnienia</w:t>
      </w:r>
    </w:p>
    <w:p w:rsidR="00715DC6" w:rsidRPr="00385787" w:rsidRDefault="00AC6480" w:rsidP="00385787">
      <w:pPr>
        <w:spacing w:after="16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 xml:space="preserve">Na podstawie art. 68 ust. 1 pkt 1 i 5 ustawy z dnia 14 grudnia 2016 r. – Prawo oświatowe, w związku </w:t>
      </w:r>
      <w:r w:rsidR="00211C7E">
        <w:rPr>
          <w:rFonts w:asciiTheme="majorHAnsi" w:hAnsiTheme="majorHAnsi" w:cstheme="majorHAnsi"/>
          <w:lang w:val="pl-PL"/>
        </w:rPr>
        <w:br/>
      </w:r>
      <w:r w:rsidRPr="00385787">
        <w:rPr>
          <w:rFonts w:asciiTheme="majorHAnsi" w:hAnsiTheme="majorHAnsi" w:cstheme="majorHAnsi"/>
          <w:lang w:val="pl-PL"/>
        </w:rPr>
        <w:t>z koniecznością aktualizacji obowiązujących w Zespole kryteriów stosowanych przy podejmowaniu decyzji kadrowych –</w:t>
      </w:r>
    </w:p>
    <w:p w:rsidR="00715DC6" w:rsidRPr="00385787" w:rsidRDefault="00AC6480" w:rsidP="00385787">
      <w:pPr>
        <w:jc w:val="center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>Dyrektor Zespołu Szkół im. gen. Władysława Andersa w Częstochowie zarządza:</w:t>
      </w:r>
    </w:p>
    <w:p w:rsidR="00715DC6" w:rsidRPr="00385787" w:rsidRDefault="00AC6480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1. </w:t>
      </w:r>
      <w:r w:rsidRPr="00385787">
        <w:rPr>
          <w:rFonts w:asciiTheme="majorHAnsi" w:hAnsiTheme="majorHAnsi" w:cstheme="majorHAnsi"/>
          <w:lang w:val="pl-PL"/>
        </w:rPr>
        <w:t>Powołuje się Komisję do opracowania projektu kryteriów doboru pracowników do rozwiązania stosunku pracy lub ograniczenia zatrudnienia, zwaną dalej „Komisją”.</w:t>
      </w:r>
    </w:p>
    <w:p w:rsidR="00715DC6" w:rsidRPr="00385787" w:rsidRDefault="00AC6480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2. </w:t>
      </w:r>
      <w:r w:rsidRPr="00385787">
        <w:rPr>
          <w:rFonts w:asciiTheme="majorHAnsi" w:hAnsiTheme="majorHAnsi" w:cstheme="majorHAnsi"/>
          <w:lang w:val="pl-PL"/>
        </w:rPr>
        <w:t>W skład Komisji wchodzą:</w:t>
      </w:r>
    </w:p>
    <w:p w:rsidR="00715DC6" w:rsidRPr="00385787" w:rsidRDefault="00AC6480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 xml:space="preserve">1) </w:t>
      </w:r>
      <w:r w:rsidR="00385787" w:rsidRPr="00385787">
        <w:rPr>
          <w:rFonts w:asciiTheme="majorHAnsi" w:hAnsiTheme="majorHAnsi" w:cstheme="majorHAnsi"/>
          <w:lang w:val="pl-PL"/>
        </w:rPr>
        <w:t xml:space="preserve">Anna Szymańska </w:t>
      </w:r>
    </w:p>
    <w:p w:rsidR="00715DC6" w:rsidRPr="00385787" w:rsidRDefault="00AC6480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 xml:space="preserve">2) </w:t>
      </w:r>
      <w:r w:rsidR="00385787" w:rsidRPr="00385787">
        <w:rPr>
          <w:rFonts w:asciiTheme="majorHAnsi" w:hAnsiTheme="majorHAnsi" w:cstheme="majorHAnsi"/>
          <w:lang w:val="pl-PL"/>
        </w:rPr>
        <w:t>Beata Dąbrowska</w:t>
      </w:r>
    </w:p>
    <w:p w:rsidR="00715DC6" w:rsidRPr="00385787" w:rsidRDefault="00AC6480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 xml:space="preserve">3) </w:t>
      </w:r>
      <w:r w:rsidR="00385787" w:rsidRPr="00385787">
        <w:rPr>
          <w:rFonts w:asciiTheme="majorHAnsi" w:hAnsiTheme="majorHAnsi" w:cstheme="majorHAnsi"/>
          <w:lang w:val="pl-PL"/>
        </w:rPr>
        <w:t xml:space="preserve">Aneta Włodek </w:t>
      </w:r>
    </w:p>
    <w:p w:rsidR="00385787" w:rsidRPr="00385787" w:rsidRDefault="00AC6480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 xml:space="preserve">4) </w:t>
      </w:r>
      <w:r w:rsidR="00385787" w:rsidRPr="00385787">
        <w:rPr>
          <w:rFonts w:asciiTheme="majorHAnsi" w:hAnsiTheme="majorHAnsi" w:cstheme="majorHAnsi"/>
          <w:lang w:val="pl-PL"/>
        </w:rPr>
        <w:t>Piotr Kozieł</w:t>
      </w:r>
    </w:p>
    <w:p w:rsidR="00385787" w:rsidRPr="00385787" w:rsidRDefault="00385787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 xml:space="preserve">5) </w:t>
      </w:r>
      <w:r w:rsidR="0062191E">
        <w:rPr>
          <w:rFonts w:asciiTheme="majorHAnsi" w:hAnsiTheme="majorHAnsi" w:cstheme="majorHAnsi"/>
          <w:lang w:val="pl-PL"/>
        </w:rPr>
        <w:t>Jarosław Skrzypczyk</w:t>
      </w:r>
    </w:p>
    <w:p w:rsidR="00385787" w:rsidRPr="00385787" w:rsidRDefault="00385787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>6) Agnieszka Kustra</w:t>
      </w:r>
    </w:p>
    <w:p w:rsidR="00715DC6" w:rsidRDefault="00385787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lang w:val="pl-PL"/>
        </w:rPr>
        <w:t xml:space="preserve">7) Dorota </w:t>
      </w:r>
      <w:proofErr w:type="spellStart"/>
      <w:r w:rsidRPr="00385787">
        <w:rPr>
          <w:rFonts w:asciiTheme="majorHAnsi" w:hAnsiTheme="majorHAnsi" w:cstheme="majorHAnsi"/>
          <w:lang w:val="pl-PL"/>
        </w:rPr>
        <w:t>Łęgowik</w:t>
      </w:r>
      <w:proofErr w:type="spellEnd"/>
      <w:r w:rsidRPr="00385787">
        <w:rPr>
          <w:rFonts w:asciiTheme="majorHAnsi" w:hAnsiTheme="majorHAnsi" w:cstheme="majorHAnsi"/>
          <w:lang w:val="pl-PL"/>
        </w:rPr>
        <w:tab/>
      </w:r>
    </w:p>
    <w:p w:rsidR="00F24CC7" w:rsidRPr="00385787" w:rsidRDefault="00F24CC7" w:rsidP="00385787">
      <w:pPr>
        <w:spacing w:after="20"/>
        <w:ind w:left="454"/>
        <w:rPr>
          <w:rFonts w:asciiTheme="majorHAnsi" w:hAnsiTheme="majorHAnsi" w:cstheme="majorHAnsi"/>
          <w:lang w:val="pl-PL"/>
        </w:rPr>
      </w:pPr>
      <w:r>
        <w:rPr>
          <w:rFonts w:asciiTheme="majorHAnsi" w:hAnsiTheme="majorHAnsi" w:cstheme="majorHAnsi"/>
          <w:lang w:val="pl-PL"/>
        </w:rPr>
        <w:t>8) Katarzyna Ryś</w:t>
      </w:r>
      <w:bookmarkStart w:id="0" w:name="_GoBack"/>
      <w:bookmarkEnd w:id="0"/>
    </w:p>
    <w:p w:rsidR="00715DC6" w:rsidRPr="00385787" w:rsidRDefault="00AC6480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3. </w:t>
      </w:r>
      <w:r w:rsidRPr="00385787">
        <w:rPr>
          <w:rFonts w:asciiTheme="majorHAnsi" w:hAnsiTheme="majorHAnsi" w:cstheme="majorHAnsi"/>
          <w:lang w:val="pl-PL"/>
        </w:rPr>
        <w:t xml:space="preserve">Komisja na pierwszym posiedzeniu wybiera spośród swoich członków przewodniczącego. </w:t>
      </w:r>
      <w:r w:rsidR="00385787" w:rsidRPr="00385787">
        <w:rPr>
          <w:rFonts w:asciiTheme="majorHAnsi" w:hAnsiTheme="majorHAnsi" w:cstheme="majorHAnsi"/>
          <w:lang w:val="pl-PL"/>
        </w:rPr>
        <w:br/>
      </w:r>
      <w:r w:rsidRPr="00385787">
        <w:rPr>
          <w:rFonts w:asciiTheme="majorHAnsi" w:hAnsiTheme="majorHAnsi" w:cstheme="majorHAnsi"/>
          <w:lang w:val="pl-PL"/>
        </w:rPr>
        <w:t>Z posiedzenia sporządza się protokół zawierający informację o wyborze przewodniczącego oraz przyjętym sposobie organizacji prac Komisji.</w:t>
      </w:r>
    </w:p>
    <w:p w:rsidR="00715DC6" w:rsidRPr="00385787" w:rsidRDefault="00AC6480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4. </w:t>
      </w:r>
      <w:r w:rsidRPr="00385787">
        <w:rPr>
          <w:rFonts w:asciiTheme="majorHAnsi" w:hAnsiTheme="majorHAnsi" w:cstheme="majorHAnsi"/>
          <w:lang w:val="pl-PL"/>
        </w:rPr>
        <w:t>Do zadań Komisji należy analiza dotychczas obowiązujących kryteriów oraz opracowanie projektu nowych kryteriów, z uwzględnieniem aktualnych przepisów prawa, orzecznictwa, potrzeb organizacyjnych Zespołu oraz zasad obiektywnego, przejrzystego, równego i niedyskryminującego traktowania pracowników.</w:t>
      </w:r>
    </w:p>
    <w:p w:rsidR="00715DC6" w:rsidRPr="00385787" w:rsidRDefault="00AC6480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5. </w:t>
      </w:r>
      <w:r w:rsidRPr="00385787">
        <w:rPr>
          <w:rFonts w:asciiTheme="majorHAnsi" w:hAnsiTheme="majorHAnsi" w:cstheme="majorHAnsi"/>
          <w:lang w:val="pl-PL"/>
        </w:rPr>
        <w:t xml:space="preserve">Komisja przedstawi Dyrektorowi opracowany projekt kryteriów do dnia </w:t>
      </w:r>
      <w:r w:rsidR="00385787">
        <w:rPr>
          <w:rFonts w:asciiTheme="majorHAnsi" w:hAnsiTheme="majorHAnsi" w:cstheme="majorHAnsi"/>
          <w:lang w:val="pl-PL"/>
        </w:rPr>
        <w:t>30</w:t>
      </w:r>
      <w:r w:rsidRPr="00385787">
        <w:rPr>
          <w:rFonts w:asciiTheme="majorHAnsi" w:hAnsiTheme="majorHAnsi" w:cstheme="majorHAnsi"/>
          <w:lang w:val="pl-PL"/>
        </w:rPr>
        <w:t xml:space="preserve"> listopada 2026 r. Projekt zostanie następnie przedstawiony Radzie Pedagogicznej w celu omówienia i zaopiniowania.</w:t>
      </w:r>
    </w:p>
    <w:p w:rsidR="00715DC6" w:rsidRPr="00385787" w:rsidRDefault="00AC6480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6. </w:t>
      </w:r>
      <w:r w:rsidRPr="00385787">
        <w:rPr>
          <w:rFonts w:asciiTheme="majorHAnsi" w:hAnsiTheme="majorHAnsi" w:cstheme="majorHAnsi"/>
          <w:lang w:val="pl-PL"/>
        </w:rPr>
        <w:t xml:space="preserve">Po zakończeniu prac Komisji, przedstawieniu projektu Radzie Pedagogicznej oraz przeprowadzeniu wymaganych konsultacji ostateczne kryteria zostaną wprowadzone odrębnym zarządzeniem Dyrektora. Całość prac w tym zakresie należy zakończyć do dnia </w:t>
      </w:r>
      <w:r w:rsidR="00385787">
        <w:rPr>
          <w:rFonts w:asciiTheme="majorHAnsi" w:hAnsiTheme="majorHAnsi" w:cstheme="majorHAnsi"/>
          <w:lang w:val="pl-PL"/>
        </w:rPr>
        <w:t>31 grudnia</w:t>
      </w:r>
      <w:r w:rsidRPr="00385787">
        <w:rPr>
          <w:rFonts w:asciiTheme="majorHAnsi" w:hAnsiTheme="majorHAnsi" w:cstheme="majorHAnsi"/>
          <w:lang w:val="pl-PL"/>
        </w:rPr>
        <w:t xml:space="preserve"> 2026 r.</w:t>
      </w:r>
    </w:p>
    <w:p w:rsidR="00385787" w:rsidRPr="00385787" w:rsidRDefault="00385787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7. </w:t>
      </w:r>
      <w:r w:rsidRPr="00385787">
        <w:rPr>
          <w:rFonts w:asciiTheme="majorHAnsi" w:hAnsiTheme="majorHAnsi" w:cstheme="majorHAnsi"/>
          <w:lang w:val="pl-PL"/>
        </w:rPr>
        <w:t>Dyrektor Szkoły zwołuje pierwsze posiedzenie komisji na dzień 30 września na godzinę 15:30</w:t>
      </w:r>
    </w:p>
    <w:p w:rsidR="00715DC6" w:rsidRPr="00385787" w:rsidRDefault="00AC6480" w:rsidP="00385787">
      <w:pPr>
        <w:spacing w:after="12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</w:t>
      </w:r>
      <w:r w:rsidR="00385787" w:rsidRPr="00385787">
        <w:rPr>
          <w:rFonts w:asciiTheme="majorHAnsi" w:hAnsiTheme="majorHAnsi" w:cstheme="majorHAnsi"/>
          <w:b/>
          <w:lang w:val="pl-PL"/>
        </w:rPr>
        <w:t>8</w:t>
      </w:r>
      <w:r w:rsidRPr="00385787">
        <w:rPr>
          <w:rFonts w:asciiTheme="majorHAnsi" w:hAnsiTheme="majorHAnsi" w:cstheme="majorHAnsi"/>
          <w:b/>
          <w:lang w:val="pl-PL"/>
        </w:rPr>
        <w:t xml:space="preserve">. </w:t>
      </w:r>
      <w:r w:rsidRPr="00385787">
        <w:rPr>
          <w:rFonts w:asciiTheme="majorHAnsi" w:hAnsiTheme="majorHAnsi" w:cstheme="majorHAnsi"/>
          <w:lang w:val="pl-PL"/>
        </w:rPr>
        <w:t>Nadzór nad wykonaniem zarządzenia sprawuje Dyrektor Zespołu Szkół.</w:t>
      </w:r>
    </w:p>
    <w:p w:rsidR="00715DC6" w:rsidRPr="00385787" w:rsidRDefault="00AC6480" w:rsidP="00385787">
      <w:pPr>
        <w:spacing w:after="400"/>
        <w:jc w:val="both"/>
        <w:rPr>
          <w:rFonts w:asciiTheme="majorHAnsi" w:hAnsiTheme="majorHAnsi" w:cstheme="majorHAnsi"/>
          <w:lang w:val="pl-PL"/>
        </w:rPr>
      </w:pPr>
      <w:r w:rsidRPr="00385787">
        <w:rPr>
          <w:rFonts w:asciiTheme="majorHAnsi" w:hAnsiTheme="majorHAnsi" w:cstheme="majorHAnsi"/>
          <w:b/>
          <w:lang w:val="pl-PL"/>
        </w:rPr>
        <w:t xml:space="preserve">§ </w:t>
      </w:r>
      <w:r w:rsidR="00385787" w:rsidRPr="00385787">
        <w:rPr>
          <w:rFonts w:asciiTheme="majorHAnsi" w:hAnsiTheme="majorHAnsi" w:cstheme="majorHAnsi"/>
          <w:b/>
          <w:lang w:val="pl-PL"/>
        </w:rPr>
        <w:t>9</w:t>
      </w:r>
      <w:r w:rsidRPr="00385787">
        <w:rPr>
          <w:rFonts w:asciiTheme="majorHAnsi" w:hAnsiTheme="majorHAnsi" w:cstheme="majorHAnsi"/>
          <w:b/>
          <w:lang w:val="pl-PL"/>
        </w:rPr>
        <w:t xml:space="preserve">. </w:t>
      </w:r>
      <w:r w:rsidRPr="00385787">
        <w:rPr>
          <w:rFonts w:asciiTheme="majorHAnsi" w:hAnsiTheme="majorHAnsi" w:cstheme="majorHAnsi"/>
          <w:lang w:val="pl-PL"/>
        </w:rPr>
        <w:t>Zarządzenie wchodzi w życie z dniem podpisania.</w:t>
      </w:r>
    </w:p>
    <w:p w:rsidR="00AC6480" w:rsidRDefault="00AC6480" w:rsidP="00AC6480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</w:p>
    <w:p w:rsidR="00AC6480" w:rsidRPr="005D4144" w:rsidRDefault="00AC6480" w:rsidP="00AC6480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(-) mgr Tomasz Tomczyk</w:t>
      </w:r>
    </w:p>
    <w:p w:rsidR="00AC6480" w:rsidRPr="005D4144" w:rsidRDefault="00AC6480" w:rsidP="00AC6480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Dyrektor </w:t>
      </w:r>
    </w:p>
    <w:p w:rsidR="00AC6480" w:rsidRPr="005D4144" w:rsidRDefault="00AC6480" w:rsidP="00AC6480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Zespołu Szkół im. gen. W. Andersa </w:t>
      </w:r>
      <w:r w:rsidRPr="005D4144">
        <w:rPr>
          <w:rFonts w:asciiTheme="majorHAnsi" w:hAnsiTheme="majorHAnsi" w:cstheme="majorHAnsi"/>
          <w:szCs w:val="24"/>
          <w:lang w:val="pl-PL"/>
        </w:rPr>
        <w:br/>
        <w:t>w Częstochowie</w:t>
      </w:r>
    </w:p>
    <w:p w:rsidR="00715DC6" w:rsidRPr="00385787" w:rsidRDefault="00715DC6" w:rsidP="00AC6480">
      <w:pPr>
        <w:ind w:right="680"/>
        <w:rPr>
          <w:rFonts w:asciiTheme="majorHAnsi" w:hAnsiTheme="majorHAnsi" w:cstheme="majorHAnsi"/>
          <w:lang w:val="pl-PL"/>
        </w:rPr>
      </w:pPr>
    </w:p>
    <w:sectPr w:rsidR="00715DC6" w:rsidRPr="00385787" w:rsidSect="00034616">
      <w:pgSz w:w="12240" w:h="15840"/>
      <w:pgMar w:top="1134" w:right="1417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6CD3088"/>
    <w:multiLevelType w:val="hybridMultilevel"/>
    <w:tmpl w:val="311A0D5E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>
    <w:nsid w:val="36620DEA"/>
    <w:multiLevelType w:val="multilevel"/>
    <w:tmpl w:val="FED6E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5F56"/>
    <w:rsid w:val="0015074B"/>
    <w:rsid w:val="00211C7E"/>
    <w:rsid w:val="0029639D"/>
    <w:rsid w:val="00326F90"/>
    <w:rsid w:val="00385787"/>
    <w:rsid w:val="005D4144"/>
    <w:rsid w:val="0062191E"/>
    <w:rsid w:val="00715DC6"/>
    <w:rsid w:val="007C58E3"/>
    <w:rsid w:val="00AA1D8D"/>
    <w:rsid w:val="00AC6480"/>
    <w:rsid w:val="00B47730"/>
    <w:rsid w:val="00CB0664"/>
    <w:rsid w:val="00CD28A1"/>
    <w:rsid w:val="00CD4623"/>
    <w:rsid w:val="00D6279D"/>
    <w:rsid w:val="00E93512"/>
    <w:rsid w:val="00F24CC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AA2B60F-7C7E-40FA-B0C8-17F269DA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Normalny"/>
    <w:rsid w:val="00145F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3EEE83-B868-43A9-9ADD-19108A460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2186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Tomczyk Tomasz</dc:creator>
  <cp:keywords/>
  <dc:description>generated by python-docx</dc:description>
  <cp:lastModifiedBy>Tomasz Tomczyk</cp:lastModifiedBy>
  <cp:revision>6</cp:revision>
  <dcterms:created xsi:type="dcterms:W3CDTF">2026-09-15T10:07:00Z</dcterms:created>
  <dcterms:modified xsi:type="dcterms:W3CDTF">2026-09-15T18:55:00Z</dcterms:modified>
  <cp:category/>
</cp:coreProperties>
</file>