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DC6" w:rsidRPr="00EE5F5C" w:rsidRDefault="00715DC6" w:rsidP="00AC6480">
      <w:pPr>
        <w:ind w:right="680"/>
        <w:rPr>
          <w:rFonts w:asciiTheme="majorHAnsi" w:hAnsiTheme="majorHAnsi" w:cstheme="majorHAnsi"/>
          <w:sz w:val="24"/>
          <w:szCs w:val="24"/>
          <w:lang w:val="pl-PL"/>
        </w:rPr>
      </w:pPr>
    </w:p>
    <w:p w:rsidR="00EE5F5C" w:rsidRPr="00EE5F5C" w:rsidRDefault="00EE5F5C" w:rsidP="00EE5F5C">
      <w:pPr>
        <w:spacing w:after="40"/>
        <w:jc w:val="center"/>
        <w:rPr>
          <w:rFonts w:asciiTheme="majorHAnsi" w:hAnsiTheme="majorHAnsi" w:cstheme="majorHAnsi"/>
          <w:lang w:val="pl-PL"/>
        </w:rPr>
      </w:pPr>
      <w:r w:rsidRPr="00EE5F5C">
        <w:rPr>
          <w:rFonts w:asciiTheme="majorHAnsi" w:hAnsiTheme="majorHAnsi" w:cstheme="majorHAnsi"/>
          <w:b/>
          <w:lang w:val="pl-PL"/>
        </w:rPr>
        <w:t>ZARZĄDZENIE NR 8/2026/2027</w:t>
      </w:r>
    </w:p>
    <w:p w:rsidR="00EE5F5C" w:rsidRPr="00EE5F5C" w:rsidRDefault="00EE5F5C" w:rsidP="00EE5F5C">
      <w:pPr>
        <w:spacing w:after="40"/>
        <w:jc w:val="center"/>
        <w:rPr>
          <w:rFonts w:asciiTheme="majorHAnsi" w:hAnsiTheme="majorHAnsi" w:cstheme="majorHAnsi"/>
          <w:lang w:val="pl-PL"/>
        </w:rPr>
      </w:pPr>
      <w:r w:rsidRPr="00EE5F5C">
        <w:rPr>
          <w:rFonts w:asciiTheme="majorHAnsi" w:hAnsiTheme="majorHAnsi" w:cstheme="majorHAnsi"/>
          <w:b/>
          <w:lang w:val="pl-PL"/>
        </w:rPr>
        <w:t>Dyrektora Zespołu Szkół im. gen. Władysława Andersa w Częstochowie</w:t>
      </w:r>
    </w:p>
    <w:p w:rsidR="00EE5F5C" w:rsidRPr="00EE5F5C" w:rsidRDefault="00EE5F5C" w:rsidP="00EE5F5C">
      <w:pPr>
        <w:spacing w:after="360"/>
        <w:jc w:val="center"/>
        <w:rPr>
          <w:rFonts w:asciiTheme="majorHAnsi" w:hAnsiTheme="majorHAnsi" w:cstheme="majorHAnsi"/>
          <w:lang w:val="pl-PL"/>
        </w:rPr>
      </w:pPr>
      <w:r w:rsidRPr="00EE5F5C">
        <w:rPr>
          <w:rFonts w:asciiTheme="majorHAnsi" w:hAnsiTheme="majorHAnsi" w:cstheme="majorHAnsi"/>
          <w:b/>
          <w:lang w:val="pl-PL"/>
        </w:rPr>
        <w:t xml:space="preserve">z dnia </w:t>
      </w:r>
      <w:r w:rsidR="00C1049C">
        <w:rPr>
          <w:rFonts w:asciiTheme="majorHAnsi" w:hAnsiTheme="majorHAnsi" w:cstheme="majorHAnsi"/>
          <w:b/>
          <w:lang w:val="pl-PL"/>
        </w:rPr>
        <w:t>23</w:t>
      </w:r>
      <w:r w:rsidRPr="00EE5F5C">
        <w:rPr>
          <w:rFonts w:asciiTheme="majorHAnsi" w:hAnsiTheme="majorHAnsi" w:cstheme="majorHAnsi"/>
          <w:b/>
          <w:lang w:val="pl-PL"/>
        </w:rPr>
        <w:t xml:space="preserve"> września 2026 r.</w:t>
      </w:r>
    </w:p>
    <w:p w:rsidR="00EE5F5C" w:rsidRPr="00EE5F5C" w:rsidRDefault="00EE5F5C" w:rsidP="00EE5F5C">
      <w:pPr>
        <w:pBdr>
          <w:bottom w:val="single" w:sz="8" w:space="5" w:color="000000"/>
        </w:pBdr>
        <w:spacing w:after="360"/>
        <w:jc w:val="both"/>
        <w:rPr>
          <w:rFonts w:asciiTheme="majorHAnsi" w:hAnsiTheme="majorHAnsi" w:cstheme="majorHAnsi"/>
          <w:lang w:val="pl-PL"/>
        </w:rPr>
      </w:pPr>
      <w:r w:rsidRPr="00EE5F5C">
        <w:rPr>
          <w:rFonts w:asciiTheme="majorHAnsi" w:hAnsiTheme="majorHAnsi" w:cstheme="majorHAnsi"/>
          <w:b/>
          <w:lang w:val="pl-PL"/>
        </w:rPr>
        <w:t xml:space="preserve">w sprawie:  </w:t>
      </w:r>
      <w:r w:rsidRPr="00EE5F5C">
        <w:rPr>
          <w:rStyle w:val="Pogrubienie"/>
          <w:rFonts w:asciiTheme="majorHAnsi" w:hAnsiTheme="majorHAnsi" w:cstheme="majorHAnsi"/>
          <w:szCs w:val="24"/>
          <w:lang w:val="pl-PL"/>
        </w:rPr>
        <w:t>uchylenia Zarządzenia nr 8/2026/2027 Dyrektora Zespołu Szkół im. gen. Władysława Andersa w Częstochowie z dnia 15 września 2026 r.</w:t>
      </w:r>
    </w:p>
    <w:p w:rsidR="00EE5F5C" w:rsidRDefault="00EE5F5C" w:rsidP="00EE5F5C">
      <w:pPr>
        <w:pStyle w:val="NormalnyWeb"/>
        <w:jc w:val="both"/>
        <w:rPr>
          <w:rFonts w:asciiTheme="majorHAnsi" w:hAnsiTheme="majorHAnsi" w:cstheme="majorHAnsi"/>
        </w:rPr>
      </w:pPr>
      <w:r w:rsidRPr="00EE5F5C">
        <w:rPr>
          <w:rFonts w:asciiTheme="majorHAnsi" w:hAnsiTheme="majorHAnsi" w:cstheme="majorHAnsi"/>
        </w:rPr>
        <w:t xml:space="preserve">Na podstawie art. 68 ust. 1 pkt 1 i 5 ustawy z dnia 14 grudnia 2016 r. – Prawo oświatowe </w:t>
      </w:r>
    </w:p>
    <w:p w:rsidR="00A36AA5" w:rsidRPr="00A36AA5" w:rsidRDefault="00A36AA5" w:rsidP="00A36AA5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EE5F5C" w:rsidRPr="00EE5F5C" w:rsidRDefault="00EE5F5C" w:rsidP="00EE5F5C">
      <w:pPr>
        <w:pStyle w:val="NormalnyWeb"/>
        <w:jc w:val="both"/>
        <w:rPr>
          <w:rFonts w:asciiTheme="majorHAnsi" w:hAnsiTheme="majorHAnsi" w:cstheme="majorHAnsi"/>
        </w:rPr>
      </w:pPr>
      <w:r w:rsidRPr="00A66935">
        <w:rPr>
          <w:rStyle w:val="Pogrubienie"/>
          <w:rFonts w:asciiTheme="majorHAnsi" w:hAnsiTheme="majorHAnsi" w:cstheme="majorHAnsi"/>
        </w:rPr>
        <w:t>§ 1</w:t>
      </w:r>
      <w:r w:rsidRPr="00EE5F5C">
        <w:rPr>
          <w:rStyle w:val="Pogrubienie"/>
          <w:rFonts w:asciiTheme="majorHAnsi" w:hAnsiTheme="majorHAnsi" w:cstheme="majorHAnsi"/>
          <w:b w:val="0"/>
        </w:rPr>
        <w:t>.</w:t>
      </w:r>
      <w:r w:rsidRPr="00EE5F5C">
        <w:rPr>
          <w:rFonts w:asciiTheme="majorHAnsi" w:hAnsiTheme="majorHAnsi" w:cstheme="majorHAnsi"/>
        </w:rPr>
        <w:t xml:space="preserve"> Uchyla się w całości </w:t>
      </w:r>
      <w:r w:rsidRPr="00EE5F5C">
        <w:rPr>
          <w:rStyle w:val="Pogrubienie"/>
          <w:rFonts w:asciiTheme="majorHAnsi" w:hAnsiTheme="majorHAnsi" w:cstheme="majorHAnsi"/>
          <w:b w:val="0"/>
        </w:rPr>
        <w:t>Zarzą</w:t>
      </w:r>
      <w:bookmarkStart w:id="0" w:name="_GoBack"/>
      <w:bookmarkEnd w:id="0"/>
      <w:r w:rsidRPr="00EE5F5C">
        <w:rPr>
          <w:rStyle w:val="Pogrubienie"/>
          <w:rFonts w:asciiTheme="majorHAnsi" w:hAnsiTheme="majorHAnsi" w:cstheme="majorHAnsi"/>
          <w:b w:val="0"/>
        </w:rPr>
        <w:t>dzenie nr 8/2026/2027 Dyrektora Zespołu Szkół im. gen. Władysława Andersa w Częstochowie z dnia 15 września 2026 r. w sprawie powołania Komisji do opracowania projektu kryteriów doboru pracowników do rozwiązania stosunku pracy lub ograniczenia zatrudnienia</w:t>
      </w:r>
      <w:r w:rsidRPr="00EE5F5C">
        <w:rPr>
          <w:rFonts w:asciiTheme="majorHAnsi" w:hAnsiTheme="majorHAnsi" w:cstheme="majorHAnsi"/>
        </w:rPr>
        <w:t>.</w:t>
      </w:r>
    </w:p>
    <w:p w:rsidR="00EE5F5C" w:rsidRPr="00EE5F5C" w:rsidRDefault="00EE5F5C" w:rsidP="00EE5F5C">
      <w:pPr>
        <w:pStyle w:val="NormalnyWeb"/>
        <w:jc w:val="both"/>
        <w:rPr>
          <w:rFonts w:asciiTheme="majorHAnsi" w:hAnsiTheme="majorHAnsi" w:cstheme="majorHAnsi"/>
        </w:rPr>
      </w:pPr>
      <w:r w:rsidRPr="00A66935">
        <w:rPr>
          <w:rStyle w:val="Pogrubienie"/>
          <w:rFonts w:asciiTheme="majorHAnsi" w:hAnsiTheme="majorHAnsi" w:cstheme="majorHAnsi"/>
        </w:rPr>
        <w:t>§ 2.</w:t>
      </w:r>
      <w:r w:rsidRPr="00EE5F5C">
        <w:rPr>
          <w:rFonts w:asciiTheme="majorHAnsi" w:hAnsiTheme="majorHAnsi" w:cstheme="majorHAnsi"/>
        </w:rPr>
        <w:t xml:space="preserve"> Z dniem wejścia w życie niniejszego zarządzenia Komisja powołana Zarządzeniem </w:t>
      </w:r>
      <w:r w:rsidRPr="00EE5F5C">
        <w:rPr>
          <w:rFonts w:asciiTheme="majorHAnsi" w:hAnsiTheme="majorHAnsi" w:cstheme="majorHAnsi"/>
        </w:rPr>
        <w:br/>
        <w:t>nr 8/2026/2027 kończy działalność.</w:t>
      </w:r>
    </w:p>
    <w:p w:rsidR="00EE5F5C" w:rsidRPr="00EE5F5C" w:rsidRDefault="00EE5F5C" w:rsidP="00EE5F5C">
      <w:pPr>
        <w:pStyle w:val="NormalnyWeb"/>
        <w:jc w:val="both"/>
        <w:rPr>
          <w:rFonts w:asciiTheme="majorHAnsi" w:hAnsiTheme="majorHAnsi" w:cstheme="majorHAnsi"/>
        </w:rPr>
      </w:pPr>
      <w:r w:rsidRPr="00A66935">
        <w:rPr>
          <w:rStyle w:val="Pogrubienie"/>
          <w:rFonts w:asciiTheme="majorHAnsi" w:hAnsiTheme="majorHAnsi" w:cstheme="majorHAnsi"/>
        </w:rPr>
        <w:t>§ 3.</w:t>
      </w:r>
      <w:r w:rsidRPr="00EE5F5C">
        <w:rPr>
          <w:rFonts w:asciiTheme="majorHAnsi" w:hAnsiTheme="majorHAnsi" w:cstheme="majorHAnsi"/>
        </w:rPr>
        <w:t xml:space="preserve"> Zarządzenie wchodzi w życie z dniem podpisania.</w:t>
      </w:r>
    </w:p>
    <w:p w:rsidR="00EE5F5C" w:rsidRPr="00EE5F5C" w:rsidRDefault="00EE5F5C" w:rsidP="00EE5F5C">
      <w:pPr>
        <w:pStyle w:val="NormalnyWeb"/>
        <w:jc w:val="both"/>
        <w:rPr>
          <w:rFonts w:asciiTheme="majorHAnsi" w:hAnsiTheme="majorHAnsi" w:cstheme="majorHAnsi"/>
        </w:rPr>
      </w:pPr>
    </w:p>
    <w:p w:rsidR="00EE5F5C" w:rsidRPr="00EE5F5C" w:rsidRDefault="00EE5F5C" w:rsidP="00EE5F5C">
      <w:pPr>
        <w:spacing w:after="0"/>
        <w:ind w:left="5245"/>
        <w:rPr>
          <w:rFonts w:asciiTheme="majorHAnsi" w:hAnsiTheme="majorHAnsi" w:cstheme="majorHAnsi"/>
          <w:sz w:val="24"/>
          <w:szCs w:val="24"/>
          <w:lang w:val="pl-PL"/>
        </w:rPr>
      </w:pPr>
      <w:r w:rsidRPr="00EE5F5C">
        <w:rPr>
          <w:rFonts w:asciiTheme="majorHAnsi" w:hAnsiTheme="majorHAnsi" w:cstheme="majorHAnsi"/>
          <w:sz w:val="24"/>
          <w:szCs w:val="24"/>
          <w:lang w:val="pl-PL"/>
        </w:rPr>
        <w:t>(-) mgr Tomasz Tomczyk</w:t>
      </w:r>
    </w:p>
    <w:p w:rsidR="00EE5F5C" w:rsidRPr="00EE5F5C" w:rsidRDefault="00EE5F5C" w:rsidP="00EE5F5C">
      <w:pPr>
        <w:spacing w:after="0"/>
        <w:ind w:left="5245"/>
        <w:rPr>
          <w:rFonts w:asciiTheme="majorHAnsi" w:hAnsiTheme="majorHAnsi" w:cstheme="majorHAnsi"/>
          <w:sz w:val="24"/>
          <w:szCs w:val="24"/>
          <w:lang w:val="pl-PL"/>
        </w:rPr>
      </w:pPr>
      <w:r w:rsidRPr="00EE5F5C">
        <w:rPr>
          <w:rFonts w:asciiTheme="majorHAnsi" w:hAnsiTheme="majorHAnsi" w:cstheme="majorHAnsi"/>
          <w:sz w:val="24"/>
          <w:szCs w:val="24"/>
          <w:lang w:val="pl-PL"/>
        </w:rPr>
        <w:t xml:space="preserve">Dyrektor </w:t>
      </w:r>
    </w:p>
    <w:p w:rsidR="00EE5F5C" w:rsidRPr="00EE5F5C" w:rsidRDefault="00EE5F5C" w:rsidP="00EE5F5C">
      <w:pPr>
        <w:spacing w:after="0"/>
        <w:ind w:left="5245"/>
        <w:rPr>
          <w:rFonts w:asciiTheme="majorHAnsi" w:hAnsiTheme="majorHAnsi" w:cstheme="majorHAnsi"/>
          <w:sz w:val="24"/>
          <w:szCs w:val="24"/>
          <w:lang w:val="pl-PL"/>
        </w:rPr>
      </w:pPr>
      <w:r w:rsidRPr="00EE5F5C">
        <w:rPr>
          <w:rFonts w:asciiTheme="majorHAnsi" w:hAnsiTheme="majorHAnsi" w:cstheme="majorHAnsi"/>
          <w:sz w:val="24"/>
          <w:szCs w:val="24"/>
          <w:lang w:val="pl-PL"/>
        </w:rPr>
        <w:t xml:space="preserve">Zespołu Szkół im. gen. W. Andersa </w:t>
      </w:r>
      <w:r w:rsidRPr="00EE5F5C">
        <w:rPr>
          <w:rFonts w:asciiTheme="majorHAnsi" w:hAnsiTheme="majorHAnsi" w:cstheme="majorHAnsi"/>
          <w:sz w:val="24"/>
          <w:szCs w:val="24"/>
          <w:lang w:val="pl-PL"/>
        </w:rPr>
        <w:br/>
        <w:t>w Częstochowie</w:t>
      </w:r>
    </w:p>
    <w:p w:rsidR="00EE5F5C" w:rsidRPr="00EE5F5C" w:rsidRDefault="00EE5F5C" w:rsidP="00AC6480">
      <w:pPr>
        <w:ind w:right="680"/>
        <w:rPr>
          <w:rFonts w:asciiTheme="majorHAnsi" w:hAnsiTheme="majorHAnsi" w:cstheme="majorHAnsi"/>
          <w:sz w:val="24"/>
          <w:szCs w:val="24"/>
          <w:lang w:val="pl-PL"/>
        </w:rPr>
      </w:pPr>
    </w:p>
    <w:sectPr w:rsidR="00EE5F5C" w:rsidRPr="00EE5F5C" w:rsidSect="00034616">
      <w:pgSz w:w="12240" w:h="15840"/>
      <w:pgMar w:top="1134" w:right="1417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6CD3088"/>
    <w:multiLevelType w:val="hybridMultilevel"/>
    <w:tmpl w:val="311A0D5E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>
    <w:nsid w:val="36620DEA"/>
    <w:multiLevelType w:val="multilevel"/>
    <w:tmpl w:val="FED6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5F56"/>
    <w:rsid w:val="0015074B"/>
    <w:rsid w:val="00211C7E"/>
    <w:rsid w:val="0029639D"/>
    <w:rsid w:val="00326F90"/>
    <w:rsid w:val="00385787"/>
    <w:rsid w:val="005D4144"/>
    <w:rsid w:val="0062191E"/>
    <w:rsid w:val="00715DC6"/>
    <w:rsid w:val="007C58E3"/>
    <w:rsid w:val="00A36AA5"/>
    <w:rsid w:val="00A66935"/>
    <w:rsid w:val="00AA1D8D"/>
    <w:rsid w:val="00AC6480"/>
    <w:rsid w:val="00B47730"/>
    <w:rsid w:val="00C1049C"/>
    <w:rsid w:val="00CB0664"/>
    <w:rsid w:val="00CD28A1"/>
    <w:rsid w:val="00CD4623"/>
    <w:rsid w:val="00D6279D"/>
    <w:rsid w:val="00E93512"/>
    <w:rsid w:val="00EE5F5C"/>
    <w:rsid w:val="00F24CC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A2B60F-7C7E-40FA-B0C8-17F269D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Normalny"/>
    <w:rsid w:val="00145F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EE5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06B1B8-E255-492E-BDC9-B765B430C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976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Tomasz</dc:creator>
  <cp:keywords/>
  <dc:description>generated by python-docx</dc:description>
  <cp:lastModifiedBy>Tomasz Tomczyk</cp:lastModifiedBy>
  <cp:revision>5</cp:revision>
  <dcterms:created xsi:type="dcterms:W3CDTF">2026-09-27T18:02:00Z</dcterms:created>
  <dcterms:modified xsi:type="dcterms:W3CDTF">2026-09-27T18:12:00Z</dcterms:modified>
  <cp:category/>
</cp:coreProperties>
</file>